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2F5B26" w:rsidRPr="00EF0795" w14:paraId="3D4831B3" w14:textId="77777777">
        <w:trPr>
          <w:jc w:val="center"/>
        </w:trPr>
        <w:tc>
          <w:tcPr>
            <w:tcW w:w="5184" w:type="dxa"/>
            <w:shd w:val="clear" w:color="auto" w:fill="C8102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DFA540E" w14:textId="77777777" w:rsidR="002F5B26" w:rsidRPr="00EF0795" w:rsidRDefault="002F5B26">
            <w:pPr>
              <w:rPr>
                <w:lang w:val="cs-CZ"/>
              </w:rPr>
            </w:pPr>
          </w:p>
        </w:tc>
        <w:tc>
          <w:tcPr>
            <w:tcW w:w="5184" w:type="dxa"/>
            <w:shd w:val="clear" w:color="auto" w:fill="F2C94C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777781F" w14:textId="77777777" w:rsidR="002F5B26" w:rsidRPr="00EF0795" w:rsidRDefault="002F5B26">
            <w:pPr>
              <w:rPr>
                <w:lang w:val="cs-CZ"/>
              </w:rPr>
            </w:pPr>
          </w:p>
        </w:tc>
      </w:tr>
    </w:tbl>
    <w:p w14:paraId="15A7845C" w14:textId="77777777" w:rsidR="002F5B26" w:rsidRPr="00EF0795" w:rsidRDefault="001A1A50">
      <w:pPr>
        <w:rPr>
          <w:lang w:val="cs-CZ"/>
        </w:rPr>
      </w:pPr>
      <w:r w:rsidRPr="00EF0795">
        <w:rPr>
          <w:lang w:val="cs-CZ"/>
        </w:rPr>
        <w:br/>
      </w:r>
    </w:p>
    <w:p w14:paraId="568D7937" w14:textId="77777777" w:rsidR="002F5B26" w:rsidRPr="00EF0795" w:rsidRDefault="001A1A50">
      <w:pPr>
        <w:pStyle w:val="TitleSA"/>
        <w:jc w:val="center"/>
        <w:rPr>
          <w:lang w:val="cs-CZ"/>
        </w:rPr>
      </w:pPr>
      <w:r w:rsidRPr="00EF0795">
        <w:rPr>
          <w:lang w:val="cs-CZ"/>
        </w:rPr>
        <w:t>SENIOR AKADEMIE II</w:t>
      </w:r>
    </w:p>
    <w:p w14:paraId="0C700AE0" w14:textId="77777777" w:rsidR="002F5B26" w:rsidRPr="00EF0795" w:rsidRDefault="001A1A50">
      <w:pPr>
        <w:pStyle w:val="SubtitleSA"/>
        <w:jc w:val="center"/>
        <w:rPr>
          <w:lang w:val="cs-CZ"/>
        </w:rPr>
      </w:pPr>
      <w:r w:rsidRPr="00EF0795">
        <w:rPr>
          <w:lang w:val="cs-CZ"/>
        </w:rPr>
        <w:t>Program vzdělávacích a doprovodných setkání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2F5B26" w:rsidRPr="00EF0795" w14:paraId="31B7666E" w14:textId="77777777">
        <w:trPr>
          <w:jc w:val="center"/>
        </w:trPr>
        <w:tc>
          <w:tcPr>
            <w:tcW w:w="10368" w:type="dxa"/>
            <w:tcBorders>
              <w:top w:val="single" w:sz="8" w:space="0" w:color="F2C94C"/>
              <w:bottom w:val="single" w:sz="8" w:space="0" w:color="F2C94C"/>
            </w:tcBorders>
            <w:shd w:val="clear" w:color="auto" w:fill="FFF8E1"/>
            <w:tcMar>
              <w:top w:w="260" w:type="dxa"/>
              <w:left w:w="220" w:type="dxa"/>
              <w:bottom w:w="260" w:type="dxa"/>
              <w:right w:w="220" w:type="dxa"/>
            </w:tcMar>
          </w:tcPr>
          <w:p w14:paraId="415DE953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262626"/>
                <w:sz w:val="36"/>
                <w:lang w:val="cs-CZ"/>
              </w:rPr>
              <w:t>6. SRPNA – 29. ŘÍJNA 2026</w:t>
            </w:r>
          </w:p>
          <w:p w14:paraId="4ACCE699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color w:val="C8102E"/>
                <w:sz w:val="28"/>
                <w:lang w:val="cs-CZ"/>
              </w:rPr>
              <w:t>každý týden od 10.00 hodin</w:t>
            </w:r>
          </w:p>
        </w:tc>
      </w:tr>
    </w:tbl>
    <w:p w14:paraId="63E1648C" w14:textId="77777777" w:rsidR="002F5B26" w:rsidRPr="00EF0795" w:rsidRDefault="001A1A50">
      <w:pPr>
        <w:spacing w:before="440"/>
        <w:jc w:val="center"/>
        <w:rPr>
          <w:lang w:val="cs-CZ"/>
        </w:rPr>
      </w:pPr>
      <w:r w:rsidRPr="00EF0795">
        <w:rPr>
          <w:b/>
          <w:color w:val="262626"/>
          <w:sz w:val="28"/>
          <w:lang w:val="cs-CZ"/>
        </w:rPr>
        <w:t>13 setkání • praktická témata • poznávání Opavy • společné zážitky</w:t>
      </w:r>
    </w:p>
    <w:p w14:paraId="58DB3FDA" w14:textId="77777777" w:rsidR="002F5B26" w:rsidRPr="00EF0795" w:rsidRDefault="001A1A50">
      <w:pPr>
        <w:spacing w:before="640"/>
        <w:jc w:val="center"/>
        <w:rPr>
          <w:lang w:val="cs-CZ"/>
        </w:rPr>
      </w:pPr>
      <w:r w:rsidRPr="00EF0795">
        <w:rPr>
          <w:b/>
          <w:color w:val="C8102E"/>
          <w:sz w:val="36"/>
          <w:lang w:val="cs-CZ"/>
        </w:rPr>
        <w:t>MĚSTO OPAVA</w:t>
      </w:r>
    </w:p>
    <w:p w14:paraId="6E2D64BC" w14:textId="77777777" w:rsidR="002F5B26" w:rsidRPr="00EF0795" w:rsidRDefault="001A1A50">
      <w:pPr>
        <w:jc w:val="center"/>
        <w:rPr>
          <w:lang w:val="cs-CZ"/>
        </w:rPr>
      </w:pPr>
      <w:r w:rsidRPr="00EF0795">
        <w:rPr>
          <w:i/>
          <w:color w:val="666666"/>
          <w:sz w:val="26"/>
          <w:lang w:val="cs-CZ"/>
        </w:rPr>
        <w:t>přeje všem účastníkům příjemná a inspirativní setkání</w:t>
      </w:r>
    </w:p>
    <w:p w14:paraId="5E7E78A1" w14:textId="77777777" w:rsidR="002F5B26" w:rsidRPr="00EF0795" w:rsidRDefault="001A1A50">
      <w:pPr>
        <w:rPr>
          <w:lang w:val="cs-CZ"/>
        </w:rPr>
      </w:pPr>
      <w:r w:rsidRPr="00EF0795">
        <w:rPr>
          <w:lang w:val="cs-CZ"/>
        </w:rPr>
        <w:br w:type="page"/>
      </w:r>
    </w:p>
    <w:p w14:paraId="34E6ADE7" w14:textId="77777777" w:rsidR="002F5B26" w:rsidRPr="00EF0795" w:rsidRDefault="001A1A50">
      <w:pPr>
        <w:pStyle w:val="TitleSA"/>
        <w:rPr>
          <w:lang w:val="cs-CZ"/>
        </w:rPr>
      </w:pPr>
      <w:r w:rsidRPr="00EF0795">
        <w:rPr>
          <w:lang w:val="cs-CZ"/>
        </w:rPr>
        <w:lastRenderedPageBreak/>
        <w:t>PROGRAM</w:t>
      </w:r>
    </w:p>
    <w:p w14:paraId="10AA4299" w14:textId="77777777" w:rsidR="002F5B26" w:rsidRPr="00EF0795" w:rsidRDefault="001A1A50">
      <w:pPr>
        <w:pStyle w:val="SubtitleSA"/>
        <w:rPr>
          <w:lang w:val="cs-CZ"/>
        </w:rPr>
      </w:pPr>
      <w:r w:rsidRPr="00EF0795">
        <w:rPr>
          <w:lang w:val="cs-CZ"/>
        </w:rPr>
        <w:t>Senior akademie II • srpen až říjen 2026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6399"/>
      </w:tblGrid>
      <w:tr w:rsidR="002F5B26" w:rsidRPr="00EF0795" w14:paraId="10B3CB71" w14:textId="77777777" w:rsidTr="00824224">
        <w:trPr>
          <w:jc w:val="center"/>
        </w:trPr>
        <w:tc>
          <w:tcPr>
            <w:tcW w:w="3969" w:type="dxa"/>
            <w:shd w:val="clear" w:color="auto" w:fill="FFF8E1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6EC9AC97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>ZAČÁTEK</w:t>
            </w:r>
          </w:p>
          <w:p w14:paraId="49EF01DC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262626"/>
                <w:sz w:val="30"/>
                <w:lang w:val="cs-CZ"/>
              </w:rPr>
              <w:t>vždy v 10.00 hodin</w:t>
            </w:r>
          </w:p>
        </w:tc>
        <w:tc>
          <w:tcPr>
            <w:tcW w:w="6399" w:type="dxa"/>
            <w:shd w:val="clear" w:color="auto" w:fill="F7F4F1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1272910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>HLAVNÍ MÍSTO</w:t>
            </w:r>
          </w:p>
          <w:p w14:paraId="421D5A9F" w14:textId="2E374997" w:rsidR="002F5B26" w:rsidRPr="00EF0795" w:rsidRDefault="001A1A50">
            <w:pPr>
              <w:jc w:val="center"/>
              <w:rPr>
                <w:b/>
                <w:color w:val="262626"/>
                <w:sz w:val="30"/>
                <w:lang w:val="cs-CZ"/>
              </w:rPr>
            </w:pPr>
            <w:r w:rsidRPr="00EF0795">
              <w:rPr>
                <w:b/>
                <w:color w:val="262626"/>
                <w:sz w:val="30"/>
                <w:lang w:val="cs-CZ"/>
              </w:rPr>
              <w:t>OKO</w:t>
            </w:r>
            <w:r w:rsidR="00824224" w:rsidRPr="00EF0795">
              <w:rPr>
                <w:b/>
                <w:color w:val="262626"/>
                <w:sz w:val="30"/>
                <w:lang w:val="cs-CZ"/>
              </w:rPr>
              <w:t xml:space="preserve"> – Opavská kulturní organizace</w:t>
            </w:r>
          </w:p>
          <w:p w14:paraId="1A0F034C" w14:textId="15D435E6" w:rsidR="00824224" w:rsidRPr="00EF0795" w:rsidRDefault="00824224">
            <w:pPr>
              <w:jc w:val="center"/>
              <w:rPr>
                <w:b/>
                <w:color w:val="262626"/>
                <w:sz w:val="30"/>
                <w:lang w:val="cs-CZ"/>
              </w:rPr>
            </w:pPr>
            <w:r w:rsidRPr="00EF0795">
              <w:rPr>
                <w:b/>
                <w:color w:val="262626"/>
                <w:sz w:val="30"/>
                <w:lang w:val="cs-CZ"/>
              </w:rPr>
              <w:t>Obecní dům</w:t>
            </w:r>
          </w:p>
          <w:p w14:paraId="0924792F" w14:textId="7083FDDA" w:rsidR="00824224" w:rsidRPr="00EF0795" w:rsidRDefault="00824224">
            <w:pPr>
              <w:jc w:val="center"/>
              <w:rPr>
                <w:b/>
                <w:color w:val="262626"/>
                <w:sz w:val="30"/>
                <w:lang w:val="cs-CZ"/>
              </w:rPr>
            </w:pPr>
            <w:r w:rsidRPr="00EF0795">
              <w:rPr>
                <w:b/>
                <w:color w:val="262626"/>
                <w:sz w:val="30"/>
                <w:lang w:val="cs-CZ"/>
              </w:rPr>
              <w:t xml:space="preserve">Ostrožná 46, Opava </w:t>
            </w:r>
          </w:p>
          <w:p w14:paraId="065F4A58" w14:textId="29BFE768" w:rsidR="00824224" w:rsidRPr="00EF0795" w:rsidRDefault="00824224">
            <w:pPr>
              <w:jc w:val="center"/>
              <w:rPr>
                <w:lang w:val="cs-CZ"/>
              </w:rPr>
            </w:pPr>
          </w:p>
        </w:tc>
      </w:tr>
      <w:tr w:rsidR="002F5B26" w:rsidRPr="00EF0795" w14:paraId="1E3A6010" w14:textId="77777777" w:rsidTr="00824224">
        <w:trPr>
          <w:jc w:val="center"/>
        </w:trPr>
        <w:tc>
          <w:tcPr>
            <w:tcW w:w="3969" w:type="dxa"/>
            <w:shd w:val="clear" w:color="auto" w:fill="FFF8E1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C906DBD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>POČET SETKÁNÍ</w:t>
            </w:r>
          </w:p>
          <w:p w14:paraId="2BCED4A3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262626"/>
                <w:sz w:val="30"/>
                <w:lang w:val="cs-CZ"/>
              </w:rPr>
              <w:t>13</w:t>
            </w:r>
          </w:p>
        </w:tc>
        <w:tc>
          <w:tcPr>
            <w:tcW w:w="6399" w:type="dxa"/>
            <w:shd w:val="clear" w:color="auto" w:fill="F7F4F1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38C0370C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>OBDOBÍ</w:t>
            </w:r>
          </w:p>
          <w:p w14:paraId="410CAC4A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262626"/>
                <w:sz w:val="30"/>
                <w:lang w:val="cs-CZ"/>
              </w:rPr>
              <w:t>6. 8. – 29. 10. 2026</w:t>
            </w:r>
          </w:p>
        </w:tc>
      </w:tr>
    </w:tbl>
    <w:p w14:paraId="4083FCBC" w14:textId="77777777" w:rsidR="002F5B26" w:rsidRPr="00EF0795" w:rsidRDefault="001A1A50">
      <w:pPr>
        <w:spacing w:before="360"/>
        <w:rPr>
          <w:lang w:val="cs-CZ"/>
        </w:rPr>
      </w:pPr>
      <w:r w:rsidRPr="00EF0795">
        <w:rPr>
          <w:b/>
          <w:color w:val="262626"/>
          <w:sz w:val="34"/>
          <w:lang w:val="cs-CZ"/>
        </w:rPr>
        <w:t>Jak program číst</w:t>
      </w:r>
    </w:p>
    <w:p w14:paraId="2283979C" w14:textId="77777777" w:rsidR="002F5B26" w:rsidRPr="00EF0795" w:rsidRDefault="001A1A50">
      <w:pPr>
        <w:pStyle w:val="CardText"/>
        <w:ind w:left="259" w:hanging="259"/>
        <w:rPr>
          <w:lang w:val="cs-CZ"/>
        </w:rPr>
      </w:pPr>
      <w:r w:rsidRPr="00EF0795">
        <w:rPr>
          <w:b/>
          <w:lang w:val="cs-CZ"/>
        </w:rPr>
        <w:t xml:space="preserve">• </w:t>
      </w:r>
      <w:r w:rsidRPr="00EF0795">
        <w:rPr>
          <w:lang w:val="cs-CZ"/>
        </w:rPr>
        <w:t>Každé setkání obsahuje hlavní vzdělávací téma.</w:t>
      </w:r>
    </w:p>
    <w:p w14:paraId="2D5BF0F3" w14:textId="77777777" w:rsidR="002F5B26" w:rsidRPr="00EF0795" w:rsidRDefault="001A1A50">
      <w:pPr>
        <w:pStyle w:val="CardText"/>
        <w:ind w:left="259" w:hanging="259"/>
        <w:rPr>
          <w:lang w:val="cs-CZ"/>
        </w:rPr>
      </w:pPr>
      <w:r w:rsidRPr="00EF0795">
        <w:rPr>
          <w:b/>
          <w:lang w:val="cs-CZ"/>
        </w:rPr>
        <w:t xml:space="preserve">• </w:t>
      </w:r>
      <w:r w:rsidRPr="00EF0795">
        <w:rPr>
          <w:lang w:val="cs-CZ"/>
        </w:rPr>
        <w:t>Součástí programu je zpravidla také doprovodná aktivita nebo exkurze.</w:t>
      </w:r>
    </w:p>
    <w:p w14:paraId="3B375360" w14:textId="77777777" w:rsidR="002F5B26" w:rsidRPr="00EF0795" w:rsidRDefault="001A1A50">
      <w:pPr>
        <w:pStyle w:val="CardText"/>
        <w:ind w:left="259" w:hanging="259"/>
        <w:rPr>
          <w:lang w:val="cs-CZ"/>
        </w:rPr>
      </w:pPr>
      <w:r w:rsidRPr="00EF0795">
        <w:rPr>
          <w:b/>
          <w:lang w:val="cs-CZ"/>
        </w:rPr>
        <w:t xml:space="preserve">• </w:t>
      </w:r>
      <w:r w:rsidRPr="00EF0795">
        <w:rPr>
          <w:lang w:val="cs-CZ"/>
        </w:rPr>
        <w:t>U jednotlivých termínů sledujte místo konání; případné změny budou oznámeny.</w:t>
      </w:r>
    </w:p>
    <w:p w14:paraId="54864D16" w14:textId="77777777" w:rsidR="002F5B26" w:rsidRPr="00EF0795" w:rsidRDefault="001A1A50">
      <w:pPr>
        <w:spacing w:before="280"/>
        <w:rPr>
          <w:lang w:val="cs-CZ"/>
        </w:rPr>
      </w:pPr>
      <w:r w:rsidRPr="00EF0795">
        <w:rPr>
          <w:b/>
          <w:color w:val="C8102E"/>
          <w:sz w:val="28"/>
          <w:lang w:val="cs-CZ"/>
        </w:rPr>
        <w:t>Upozornění</w:t>
      </w:r>
    </w:p>
    <w:p w14:paraId="3F481C36" w14:textId="3D9EB1A2" w:rsidR="002F5B26" w:rsidRPr="00EF0795" w:rsidRDefault="001A1A50">
      <w:pPr>
        <w:pStyle w:val="CardText"/>
        <w:rPr>
          <w:lang w:val="cs-CZ"/>
        </w:rPr>
      </w:pPr>
      <w:r w:rsidRPr="00EF0795">
        <w:rPr>
          <w:lang w:val="cs-CZ"/>
        </w:rPr>
        <w:t xml:space="preserve">Program vychází z aktuálního rozpisu. </w:t>
      </w:r>
      <w:r w:rsidR="002A2A2A">
        <w:rPr>
          <w:lang w:val="cs-CZ"/>
        </w:rPr>
        <w:t>Rozpis a témata přednášek a rozpis odpoledního programu se může změnit, o všech případných změnách budou účastníci předem informováni.</w:t>
      </w:r>
    </w:p>
    <w:p w14:paraId="4C6F0794" w14:textId="77777777" w:rsidR="002F5B26" w:rsidRPr="00EF0795" w:rsidRDefault="001A1A50">
      <w:pPr>
        <w:rPr>
          <w:lang w:val="cs-CZ"/>
        </w:rPr>
      </w:pPr>
      <w:r w:rsidRPr="00EF0795">
        <w:rPr>
          <w:lang w:val="cs-CZ"/>
        </w:rPr>
        <w:br w:type="page"/>
      </w:r>
    </w:p>
    <w:p w14:paraId="5A8288F0" w14:textId="77777777" w:rsidR="002F5B26" w:rsidRPr="00EF0795" w:rsidRDefault="001A1A50">
      <w:pPr>
        <w:spacing w:after="120"/>
        <w:rPr>
          <w:lang w:val="cs-CZ"/>
        </w:rPr>
      </w:pPr>
      <w:r w:rsidRPr="00EF0795">
        <w:rPr>
          <w:b/>
          <w:color w:val="C8102E"/>
          <w:sz w:val="40"/>
          <w:lang w:val="cs-CZ"/>
        </w:rPr>
        <w:lastRenderedPageBreak/>
        <w:t>SRPEN 2026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7249"/>
      </w:tblGrid>
      <w:tr w:rsidR="002F5B26" w:rsidRPr="00EF0795" w14:paraId="7BEEF3FB" w14:textId="77777777" w:rsidTr="00824224">
        <w:trPr>
          <w:jc w:val="center"/>
        </w:trPr>
        <w:tc>
          <w:tcPr>
            <w:tcW w:w="3119" w:type="dxa"/>
            <w:tcBorders>
              <w:top w:val="single" w:sz="6" w:space="0" w:color="C8102E"/>
              <w:left w:val="single" w:sz="6" w:space="0" w:color="C8102E"/>
              <w:bottom w:val="single" w:sz="6" w:space="0" w:color="C8102E"/>
              <w:right w:val="single" w:sz="6" w:space="0" w:color="C8102E"/>
            </w:tcBorders>
            <w:shd w:val="clear" w:color="auto" w:fill="C8102E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5CCC46A9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FFFFF"/>
                <w:sz w:val="56"/>
                <w:lang w:val="cs-CZ"/>
              </w:rPr>
              <w:t>6.</w:t>
            </w:r>
          </w:p>
          <w:p w14:paraId="23BFBBAE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FFFFF"/>
                <w:lang w:val="cs-CZ"/>
              </w:rPr>
              <w:t>SRP</w:t>
            </w:r>
          </w:p>
          <w:p w14:paraId="0D8FC679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2C94C"/>
                <w:sz w:val="28"/>
                <w:lang w:val="cs-CZ"/>
              </w:rPr>
              <w:t>10.00</w:t>
            </w:r>
          </w:p>
        </w:tc>
        <w:tc>
          <w:tcPr>
            <w:tcW w:w="7249" w:type="dxa"/>
            <w:tcBorders>
              <w:top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7F4F1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5FBDD5A4" w14:textId="77777777" w:rsidR="002F5B26" w:rsidRPr="00EF0795" w:rsidRDefault="001A1A50">
            <w:pPr>
              <w:pStyle w:val="CardTitle"/>
              <w:keepLines/>
              <w:spacing w:after="100"/>
              <w:rPr>
                <w:lang w:val="cs-CZ"/>
              </w:rPr>
            </w:pPr>
            <w:r w:rsidRPr="00EF0795">
              <w:rPr>
                <w:lang w:val="cs-CZ"/>
              </w:rPr>
              <w:t>Slavnostní zahájení Senior akademie II, Buďte připraveni, i vy můžete zachránit lidský život</w:t>
            </w:r>
          </w:p>
          <w:p w14:paraId="10B9CB93" w14:textId="20C75426" w:rsidR="002F5B26" w:rsidRPr="00EF0795" w:rsidRDefault="001A1A50">
            <w:pPr>
              <w:spacing w:after="40"/>
              <w:rPr>
                <w:lang w:val="cs-CZ"/>
              </w:rPr>
            </w:pP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MÍSTO  </w:t>
            </w:r>
            <w:r w:rsidR="00824224" w:rsidRPr="00EF0795">
              <w:rPr>
                <w:color w:val="262626"/>
                <w:sz w:val="23"/>
                <w:lang w:val="cs-CZ"/>
              </w:rPr>
              <w:t>OKO</w:t>
            </w:r>
            <w:proofErr w:type="gramEnd"/>
            <w:r w:rsidR="00824224" w:rsidRPr="00EF0795">
              <w:rPr>
                <w:color w:val="262626"/>
                <w:sz w:val="23"/>
                <w:lang w:val="cs-CZ"/>
              </w:rPr>
              <w:t>, Obecní dům, Ostrožná 46, Opava</w:t>
            </w:r>
          </w:p>
          <w:p w14:paraId="42C37575" w14:textId="0C117A5B" w:rsidR="002F5B26" w:rsidRPr="00EF0795" w:rsidRDefault="001A1A50">
            <w:pPr>
              <w:spacing w:after="40"/>
              <w:rPr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 xml:space="preserve">LEKTOR / </w:t>
            </w: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GARANT  </w:t>
            </w:r>
            <w:r w:rsidRPr="00EF0795">
              <w:rPr>
                <w:color w:val="262626"/>
                <w:sz w:val="23"/>
                <w:lang w:val="cs-CZ"/>
              </w:rPr>
              <w:t>Pavel</w:t>
            </w:r>
            <w:proofErr w:type="gramEnd"/>
            <w:r w:rsidRPr="00EF0795">
              <w:rPr>
                <w:color w:val="262626"/>
                <w:sz w:val="23"/>
                <w:lang w:val="cs-CZ"/>
              </w:rPr>
              <w:t xml:space="preserve"> Meletzký, Tomáš Herman</w:t>
            </w:r>
          </w:p>
          <w:p w14:paraId="5F7DE60A" w14:textId="77777777" w:rsidR="002F5B26" w:rsidRPr="00EF0795" w:rsidRDefault="001A1A50">
            <w:pPr>
              <w:spacing w:after="40"/>
              <w:rPr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 xml:space="preserve">DOPROVODNÝ </w:t>
            </w: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PROGRAM  </w:t>
            </w:r>
            <w:r w:rsidRPr="00EF0795">
              <w:rPr>
                <w:color w:val="262626"/>
                <w:sz w:val="23"/>
                <w:lang w:val="cs-CZ"/>
              </w:rPr>
              <w:t>Vstup</w:t>
            </w:r>
            <w:proofErr w:type="gramEnd"/>
            <w:r w:rsidRPr="00EF0795">
              <w:rPr>
                <w:color w:val="262626"/>
                <w:sz w:val="23"/>
                <w:lang w:val="cs-CZ"/>
              </w:rPr>
              <w:t xml:space="preserve"> na výstavu Střelci na královnu, Dům umění</w:t>
            </w:r>
          </w:p>
        </w:tc>
      </w:tr>
    </w:tbl>
    <w:p w14:paraId="1912E909" w14:textId="77777777" w:rsidR="002F5B26" w:rsidRPr="00EF0795" w:rsidRDefault="002F5B26">
      <w:pPr>
        <w:spacing w:after="160"/>
        <w:rPr>
          <w:lang w:val="cs-CZ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7249"/>
      </w:tblGrid>
      <w:tr w:rsidR="002F5B26" w:rsidRPr="00EF0795" w14:paraId="2D1E7153" w14:textId="77777777" w:rsidTr="00824224">
        <w:trPr>
          <w:jc w:val="center"/>
        </w:trPr>
        <w:tc>
          <w:tcPr>
            <w:tcW w:w="3119" w:type="dxa"/>
            <w:tcBorders>
              <w:top w:val="single" w:sz="6" w:space="0" w:color="C8102E"/>
              <w:left w:val="single" w:sz="6" w:space="0" w:color="C8102E"/>
              <w:bottom w:val="single" w:sz="6" w:space="0" w:color="C8102E"/>
              <w:right w:val="single" w:sz="6" w:space="0" w:color="C8102E"/>
            </w:tcBorders>
            <w:shd w:val="clear" w:color="auto" w:fill="C8102E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0582B3B3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FFFFF"/>
                <w:sz w:val="56"/>
                <w:lang w:val="cs-CZ"/>
              </w:rPr>
              <w:t>13.</w:t>
            </w:r>
          </w:p>
          <w:p w14:paraId="02347AB3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FFFFF"/>
                <w:lang w:val="cs-CZ"/>
              </w:rPr>
              <w:t>SRP</w:t>
            </w:r>
          </w:p>
          <w:p w14:paraId="3253DFFF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2C94C"/>
                <w:sz w:val="28"/>
                <w:lang w:val="cs-CZ"/>
              </w:rPr>
              <w:t>10.00</w:t>
            </w:r>
          </w:p>
        </w:tc>
        <w:tc>
          <w:tcPr>
            <w:tcW w:w="7249" w:type="dxa"/>
            <w:tcBorders>
              <w:top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7F4F1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56C5119B" w14:textId="77777777" w:rsidR="002F5B26" w:rsidRPr="00EF0795" w:rsidRDefault="001A1A50">
            <w:pPr>
              <w:pStyle w:val="CardTitle"/>
              <w:keepLines/>
              <w:spacing w:after="100"/>
              <w:rPr>
                <w:lang w:val="cs-CZ"/>
              </w:rPr>
            </w:pPr>
            <w:r w:rsidRPr="00EF0795">
              <w:rPr>
                <w:lang w:val="cs-CZ"/>
              </w:rPr>
              <w:t>Tajemství jídla</w:t>
            </w:r>
          </w:p>
          <w:p w14:paraId="61413B3A" w14:textId="7151B212" w:rsidR="002F5B26" w:rsidRPr="00EF0795" w:rsidRDefault="001A1A50">
            <w:pPr>
              <w:spacing w:after="40"/>
              <w:rPr>
                <w:lang w:val="cs-CZ"/>
              </w:rPr>
            </w:pP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MÍSTO  </w:t>
            </w:r>
            <w:r w:rsidR="00824224" w:rsidRPr="00EF0795">
              <w:rPr>
                <w:color w:val="262626"/>
                <w:sz w:val="23"/>
                <w:lang w:val="cs-CZ"/>
              </w:rPr>
              <w:t>OKO</w:t>
            </w:r>
            <w:proofErr w:type="gramEnd"/>
            <w:r w:rsidR="00824224" w:rsidRPr="00EF0795">
              <w:rPr>
                <w:color w:val="262626"/>
                <w:sz w:val="23"/>
                <w:lang w:val="cs-CZ"/>
              </w:rPr>
              <w:t>, Obecní dům, Ostrožná 46, Opava</w:t>
            </w:r>
          </w:p>
          <w:p w14:paraId="1E8A0AB2" w14:textId="77777777" w:rsidR="002F5B26" w:rsidRPr="00EF0795" w:rsidRDefault="001A1A50">
            <w:pPr>
              <w:spacing w:after="40"/>
              <w:rPr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 xml:space="preserve">LEKTOR / </w:t>
            </w: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GARANT  </w:t>
            </w:r>
            <w:r w:rsidRPr="00EF0795">
              <w:rPr>
                <w:color w:val="262626"/>
                <w:sz w:val="23"/>
                <w:lang w:val="cs-CZ"/>
              </w:rPr>
              <w:t>Ing.</w:t>
            </w:r>
            <w:proofErr w:type="gramEnd"/>
            <w:r w:rsidRPr="00EF0795">
              <w:rPr>
                <w:color w:val="262626"/>
                <w:sz w:val="23"/>
                <w:lang w:val="cs-CZ"/>
              </w:rPr>
              <w:t xml:space="preserve"> Markéta </w:t>
            </w:r>
            <w:proofErr w:type="spellStart"/>
            <w:r w:rsidRPr="00EF0795">
              <w:rPr>
                <w:color w:val="262626"/>
                <w:sz w:val="23"/>
                <w:lang w:val="cs-CZ"/>
              </w:rPr>
              <w:t>Rožanská</w:t>
            </w:r>
            <w:proofErr w:type="spellEnd"/>
          </w:p>
          <w:p w14:paraId="30C91459" w14:textId="77777777" w:rsidR="002F5B26" w:rsidRPr="00EF0795" w:rsidRDefault="001A1A50">
            <w:pPr>
              <w:spacing w:after="40"/>
              <w:rPr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 xml:space="preserve">DOPROVODNÝ </w:t>
            </w: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PROGRAM  </w:t>
            </w:r>
            <w:r w:rsidRPr="00EF0795">
              <w:rPr>
                <w:color w:val="262626"/>
                <w:sz w:val="23"/>
                <w:lang w:val="cs-CZ"/>
              </w:rPr>
              <w:t>Volná</w:t>
            </w:r>
            <w:proofErr w:type="gramEnd"/>
            <w:r w:rsidRPr="00EF0795">
              <w:rPr>
                <w:color w:val="262626"/>
                <w:sz w:val="23"/>
                <w:lang w:val="cs-CZ"/>
              </w:rPr>
              <w:t xml:space="preserve"> vstupenka na koupaliště</w:t>
            </w:r>
          </w:p>
        </w:tc>
      </w:tr>
    </w:tbl>
    <w:p w14:paraId="03EE5293" w14:textId="77777777" w:rsidR="002F5B26" w:rsidRPr="00EF0795" w:rsidRDefault="002F5B26">
      <w:pPr>
        <w:spacing w:after="160"/>
        <w:rPr>
          <w:lang w:val="cs-CZ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7249"/>
      </w:tblGrid>
      <w:tr w:rsidR="002F5B26" w:rsidRPr="00EF0795" w14:paraId="634093E9" w14:textId="77777777" w:rsidTr="00824224">
        <w:trPr>
          <w:jc w:val="center"/>
        </w:trPr>
        <w:tc>
          <w:tcPr>
            <w:tcW w:w="3119" w:type="dxa"/>
            <w:tcBorders>
              <w:top w:val="single" w:sz="6" w:space="0" w:color="C8102E"/>
              <w:left w:val="single" w:sz="6" w:space="0" w:color="C8102E"/>
              <w:bottom w:val="single" w:sz="6" w:space="0" w:color="C8102E"/>
              <w:right w:val="single" w:sz="6" w:space="0" w:color="C8102E"/>
            </w:tcBorders>
            <w:shd w:val="clear" w:color="auto" w:fill="C8102E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68E28793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FFFFF"/>
                <w:sz w:val="56"/>
                <w:lang w:val="cs-CZ"/>
              </w:rPr>
              <w:t>20.</w:t>
            </w:r>
          </w:p>
          <w:p w14:paraId="5577F8C1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FFFFF"/>
                <w:lang w:val="cs-CZ"/>
              </w:rPr>
              <w:t>SRP</w:t>
            </w:r>
          </w:p>
          <w:p w14:paraId="768EE298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2C94C"/>
                <w:sz w:val="28"/>
                <w:lang w:val="cs-CZ"/>
              </w:rPr>
              <w:t>10.00</w:t>
            </w:r>
          </w:p>
        </w:tc>
        <w:tc>
          <w:tcPr>
            <w:tcW w:w="7249" w:type="dxa"/>
            <w:tcBorders>
              <w:top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7F4F1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6297E34B" w14:textId="77777777" w:rsidR="002F5B26" w:rsidRPr="00EF0795" w:rsidRDefault="001A1A50">
            <w:pPr>
              <w:pStyle w:val="CardTitle"/>
              <w:keepLines/>
              <w:spacing w:after="100"/>
              <w:rPr>
                <w:lang w:val="cs-CZ"/>
              </w:rPr>
            </w:pPr>
            <w:r w:rsidRPr="00EF0795">
              <w:rPr>
                <w:lang w:val="cs-CZ"/>
              </w:rPr>
              <w:t>Násilí na seniorech</w:t>
            </w:r>
          </w:p>
          <w:p w14:paraId="77F79AAC" w14:textId="5244D4E8" w:rsidR="002F5B26" w:rsidRPr="00EF0795" w:rsidRDefault="001A1A50">
            <w:pPr>
              <w:spacing w:after="40"/>
              <w:rPr>
                <w:lang w:val="cs-CZ"/>
              </w:rPr>
            </w:pP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MÍSTO  </w:t>
            </w:r>
            <w:r w:rsidR="00824224" w:rsidRPr="00EF0795">
              <w:rPr>
                <w:color w:val="262626"/>
                <w:sz w:val="23"/>
                <w:lang w:val="cs-CZ"/>
              </w:rPr>
              <w:t>OKO</w:t>
            </w:r>
            <w:proofErr w:type="gramEnd"/>
            <w:r w:rsidR="00824224" w:rsidRPr="00EF0795">
              <w:rPr>
                <w:color w:val="262626"/>
                <w:sz w:val="23"/>
                <w:lang w:val="cs-CZ"/>
              </w:rPr>
              <w:t>, Obecní dům, Ostrožná 46, Opava</w:t>
            </w:r>
          </w:p>
          <w:p w14:paraId="70F59DEF" w14:textId="77777777" w:rsidR="002F5B26" w:rsidRPr="00EF0795" w:rsidRDefault="001A1A50">
            <w:pPr>
              <w:spacing w:after="40"/>
              <w:rPr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 xml:space="preserve">LEKTOR / </w:t>
            </w: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GARANT  </w:t>
            </w:r>
            <w:r w:rsidRPr="00EF0795">
              <w:rPr>
                <w:color w:val="262626"/>
                <w:sz w:val="23"/>
                <w:lang w:val="cs-CZ"/>
              </w:rPr>
              <w:t>Jana</w:t>
            </w:r>
            <w:proofErr w:type="gramEnd"/>
            <w:r w:rsidRPr="00EF0795">
              <w:rPr>
                <w:color w:val="262626"/>
                <w:sz w:val="23"/>
                <w:lang w:val="cs-CZ"/>
              </w:rPr>
              <w:t xml:space="preserve"> Dostálová, DiS</w:t>
            </w:r>
          </w:p>
          <w:p w14:paraId="19B8D7EE" w14:textId="1571571A" w:rsidR="002F5B26" w:rsidRPr="00EF0795" w:rsidRDefault="001A1A50">
            <w:pPr>
              <w:spacing w:after="40"/>
              <w:rPr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 xml:space="preserve">DOPROVODNÝ </w:t>
            </w: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PROGRAM  </w:t>
            </w:r>
            <w:r w:rsidR="002A2A2A">
              <w:rPr>
                <w:color w:val="262626"/>
                <w:sz w:val="23"/>
                <w:lang w:val="cs-CZ"/>
              </w:rPr>
              <w:t>Výstava</w:t>
            </w:r>
            <w:proofErr w:type="gramEnd"/>
            <w:r w:rsidR="002A2A2A">
              <w:rPr>
                <w:color w:val="262626"/>
                <w:sz w:val="23"/>
                <w:lang w:val="cs-CZ"/>
              </w:rPr>
              <w:t xml:space="preserve"> NE-UCHOPITELNÉ, Galerie </w:t>
            </w:r>
            <w:proofErr w:type="spellStart"/>
            <w:r w:rsidR="002A2A2A">
              <w:rPr>
                <w:color w:val="262626"/>
                <w:sz w:val="23"/>
                <w:lang w:val="cs-CZ"/>
              </w:rPr>
              <w:t>Eisler</w:t>
            </w:r>
            <w:proofErr w:type="spellEnd"/>
          </w:p>
        </w:tc>
      </w:tr>
    </w:tbl>
    <w:p w14:paraId="3F77324D" w14:textId="77777777" w:rsidR="002F5B26" w:rsidRPr="00EF0795" w:rsidRDefault="002F5B26">
      <w:pPr>
        <w:spacing w:after="160"/>
        <w:rPr>
          <w:lang w:val="cs-CZ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7249"/>
      </w:tblGrid>
      <w:tr w:rsidR="002F5B26" w:rsidRPr="00EF0795" w14:paraId="1F76734C" w14:textId="77777777" w:rsidTr="00824224">
        <w:trPr>
          <w:jc w:val="center"/>
        </w:trPr>
        <w:tc>
          <w:tcPr>
            <w:tcW w:w="3119" w:type="dxa"/>
            <w:tcBorders>
              <w:top w:val="single" w:sz="6" w:space="0" w:color="C8102E"/>
              <w:left w:val="single" w:sz="6" w:space="0" w:color="C8102E"/>
              <w:bottom w:val="single" w:sz="6" w:space="0" w:color="C8102E"/>
              <w:right w:val="single" w:sz="6" w:space="0" w:color="C8102E"/>
            </w:tcBorders>
            <w:shd w:val="clear" w:color="auto" w:fill="C8102E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360BE149" w14:textId="5C22857C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lang w:val="cs-CZ"/>
              </w:rPr>
              <w:br w:type="page"/>
            </w:r>
            <w:r w:rsidRPr="00EF0795">
              <w:rPr>
                <w:b/>
                <w:color w:val="FFFFFF"/>
                <w:sz w:val="56"/>
                <w:lang w:val="cs-CZ"/>
              </w:rPr>
              <w:t>27.</w:t>
            </w:r>
          </w:p>
          <w:p w14:paraId="00CE777A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FFFFF"/>
                <w:lang w:val="cs-CZ"/>
              </w:rPr>
              <w:t>SRP</w:t>
            </w:r>
          </w:p>
          <w:p w14:paraId="0BCA4184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2C94C"/>
                <w:sz w:val="28"/>
                <w:lang w:val="cs-CZ"/>
              </w:rPr>
              <w:t>10.00</w:t>
            </w:r>
          </w:p>
        </w:tc>
        <w:tc>
          <w:tcPr>
            <w:tcW w:w="7249" w:type="dxa"/>
            <w:tcBorders>
              <w:top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7F4F1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69400F49" w14:textId="77777777" w:rsidR="002F5B26" w:rsidRPr="00EF0795" w:rsidRDefault="001A1A50">
            <w:pPr>
              <w:pStyle w:val="CardTitle"/>
              <w:keepLines/>
              <w:spacing w:after="100"/>
              <w:rPr>
                <w:lang w:val="cs-CZ"/>
              </w:rPr>
            </w:pPr>
            <w:r w:rsidRPr="00EF0795">
              <w:rPr>
                <w:lang w:val="cs-CZ"/>
              </w:rPr>
              <w:t>Když oči slábnou, ale chuť číst zůstává: Moderní vychytávky pro vášnivé čtenáře</w:t>
            </w:r>
          </w:p>
          <w:p w14:paraId="599760E9" w14:textId="2157B153" w:rsidR="002F5B26" w:rsidRPr="00EF0795" w:rsidRDefault="001A1A50">
            <w:pPr>
              <w:spacing w:after="40"/>
              <w:rPr>
                <w:lang w:val="cs-CZ"/>
              </w:rPr>
            </w:pP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MÍSTO  </w:t>
            </w:r>
            <w:r w:rsidR="00824224" w:rsidRPr="00EF0795">
              <w:rPr>
                <w:color w:val="262626"/>
                <w:sz w:val="23"/>
                <w:lang w:val="cs-CZ"/>
              </w:rPr>
              <w:t>OKO</w:t>
            </w:r>
            <w:proofErr w:type="gramEnd"/>
            <w:r w:rsidR="00824224" w:rsidRPr="00EF0795">
              <w:rPr>
                <w:color w:val="262626"/>
                <w:sz w:val="23"/>
                <w:lang w:val="cs-CZ"/>
              </w:rPr>
              <w:t>, Obecní dům, Ostrožná 46, Opava</w:t>
            </w:r>
          </w:p>
          <w:p w14:paraId="1F6DB6B2" w14:textId="755CF4EE" w:rsidR="002F5B26" w:rsidRPr="00EF0795" w:rsidRDefault="001A1A50">
            <w:pPr>
              <w:spacing w:after="40"/>
              <w:rPr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 xml:space="preserve">LEKTOR / </w:t>
            </w: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GARANT  </w:t>
            </w:r>
            <w:r w:rsidRPr="00EF0795">
              <w:rPr>
                <w:color w:val="262626"/>
                <w:sz w:val="23"/>
                <w:lang w:val="cs-CZ"/>
              </w:rPr>
              <w:t>Helena</w:t>
            </w:r>
            <w:proofErr w:type="gramEnd"/>
            <w:r w:rsidRPr="00EF0795">
              <w:rPr>
                <w:color w:val="262626"/>
                <w:sz w:val="23"/>
                <w:lang w:val="cs-CZ"/>
              </w:rPr>
              <w:t xml:space="preserve"> </w:t>
            </w:r>
            <w:proofErr w:type="spellStart"/>
            <w:r w:rsidRPr="00EF0795">
              <w:rPr>
                <w:color w:val="262626"/>
                <w:sz w:val="23"/>
                <w:lang w:val="cs-CZ"/>
              </w:rPr>
              <w:t>Halodová</w:t>
            </w:r>
            <w:proofErr w:type="spellEnd"/>
            <w:r w:rsidR="002A2A2A">
              <w:rPr>
                <w:color w:val="262626"/>
                <w:sz w:val="23"/>
                <w:lang w:val="cs-CZ"/>
              </w:rPr>
              <w:t>, Alena Holíková</w:t>
            </w:r>
          </w:p>
          <w:p w14:paraId="4F067B4B" w14:textId="77777777" w:rsidR="002F5B26" w:rsidRPr="00EF0795" w:rsidRDefault="001A1A50">
            <w:pPr>
              <w:spacing w:after="40"/>
              <w:rPr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 xml:space="preserve">DOPROVODNÝ </w:t>
            </w: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PROGRAM  </w:t>
            </w:r>
            <w:r w:rsidRPr="00EF0795">
              <w:rPr>
                <w:color w:val="262626"/>
                <w:sz w:val="23"/>
                <w:lang w:val="cs-CZ"/>
              </w:rPr>
              <w:t>Exkurze</w:t>
            </w:r>
            <w:proofErr w:type="gramEnd"/>
            <w:r w:rsidRPr="00EF0795">
              <w:rPr>
                <w:color w:val="262626"/>
                <w:sz w:val="23"/>
                <w:lang w:val="cs-CZ"/>
              </w:rPr>
              <w:t xml:space="preserve"> do Knihovny Petra Bezruče</w:t>
            </w:r>
          </w:p>
          <w:p w14:paraId="46B4C1AA" w14:textId="77777777" w:rsidR="002F5B26" w:rsidRPr="00EF0795" w:rsidRDefault="001A1A50">
            <w:pPr>
              <w:spacing w:after="40"/>
              <w:rPr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 xml:space="preserve">GARANT </w:t>
            </w: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PROGRAMU  </w:t>
            </w:r>
            <w:r w:rsidRPr="00EF0795">
              <w:rPr>
                <w:color w:val="262626"/>
                <w:sz w:val="23"/>
                <w:lang w:val="cs-CZ"/>
              </w:rPr>
              <w:t>Markéta</w:t>
            </w:r>
            <w:proofErr w:type="gramEnd"/>
            <w:r w:rsidRPr="00EF0795">
              <w:rPr>
                <w:color w:val="262626"/>
                <w:sz w:val="23"/>
                <w:lang w:val="cs-CZ"/>
              </w:rPr>
              <w:t xml:space="preserve"> Beyerová</w:t>
            </w:r>
          </w:p>
        </w:tc>
      </w:tr>
    </w:tbl>
    <w:p w14:paraId="1E31EA9A" w14:textId="77777777" w:rsidR="002F5B26" w:rsidRPr="00EF0795" w:rsidRDefault="002F5B26">
      <w:pPr>
        <w:spacing w:after="160"/>
        <w:rPr>
          <w:lang w:val="cs-CZ"/>
        </w:rPr>
      </w:pPr>
    </w:p>
    <w:p w14:paraId="0DA07487" w14:textId="77777777" w:rsidR="00824224" w:rsidRPr="00EF0795" w:rsidRDefault="00824224">
      <w:pPr>
        <w:rPr>
          <w:b/>
          <w:color w:val="C8102E"/>
          <w:sz w:val="40"/>
          <w:lang w:val="cs-CZ"/>
        </w:rPr>
      </w:pPr>
      <w:r w:rsidRPr="00EF0795">
        <w:rPr>
          <w:b/>
          <w:color w:val="C8102E"/>
          <w:sz w:val="40"/>
          <w:lang w:val="cs-CZ"/>
        </w:rPr>
        <w:br w:type="page"/>
      </w:r>
    </w:p>
    <w:p w14:paraId="7C01CE10" w14:textId="2B4B9504" w:rsidR="002F5B26" w:rsidRPr="00EF0795" w:rsidRDefault="001A1A50">
      <w:pPr>
        <w:spacing w:after="120"/>
        <w:rPr>
          <w:lang w:val="cs-CZ"/>
        </w:rPr>
      </w:pPr>
      <w:r w:rsidRPr="00EF0795">
        <w:rPr>
          <w:b/>
          <w:color w:val="C8102E"/>
          <w:sz w:val="40"/>
          <w:lang w:val="cs-CZ"/>
        </w:rPr>
        <w:lastRenderedPageBreak/>
        <w:t>ZÁŘÍ 2026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7249"/>
      </w:tblGrid>
      <w:tr w:rsidR="002F5B26" w:rsidRPr="00EF0795" w14:paraId="368F7BB8" w14:textId="77777777" w:rsidTr="00CB6E2E">
        <w:trPr>
          <w:jc w:val="center"/>
        </w:trPr>
        <w:tc>
          <w:tcPr>
            <w:tcW w:w="3119" w:type="dxa"/>
            <w:tcBorders>
              <w:top w:val="single" w:sz="6" w:space="0" w:color="C8102E"/>
              <w:left w:val="single" w:sz="6" w:space="0" w:color="C8102E"/>
              <w:bottom w:val="single" w:sz="6" w:space="0" w:color="C8102E"/>
              <w:right w:val="single" w:sz="6" w:space="0" w:color="C8102E"/>
            </w:tcBorders>
            <w:shd w:val="clear" w:color="auto" w:fill="C8102E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6C4B3DE3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FFFFF"/>
                <w:sz w:val="56"/>
                <w:lang w:val="cs-CZ"/>
              </w:rPr>
              <w:t>3.</w:t>
            </w:r>
          </w:p>
          <w:p w14:paraId="1D9213E5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FFFFF"/>
                <w:lang w:val="cs-CZ"/>
              </w:rPr>
              <w:t>ZÁŘ</w:t>
            </w:r>
          </w:p>
          <w:p w14:paraId="0811F75C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2C94C"/>
                <w:sz w:val="28"/>
                <w:lang w:val="cs-CZ"/>
              </w:rPr>
              <w:t>10.00</w:t>
            </w:r>
          </w:p>
        </w:tc>
        <w:tc>
          <w:tcPr>
            <w:tcW w:w="7249" w:type="dxa"/>
            <w:tcBorders>
              <w:top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7F4F1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344B3C9E" w14:textId="77777777" w:rsidR="002F5B26" w:rsidRPr="00EF0795" w:rsidRDefault="001A1A50">
            <w:pPr>
              <w:pStyle w:val="CardTitle"/>
              <w:keepLines/>
              <w:spacing w:after="100"/>
              <w:rPr>
                <w:lang w:val="cs-CZ"/>
              </w:rPr>
            </w:pPr>
            <w:r w:rsidRPr="00EF0795">
              <w:rPr>
                <w:lang w:val="cs-CZ"/>
              </w:rPr>
              <w:t>Vyřešení majetkové situace na sklonku života</w:t>
            </w:r>
          </w:p>
          <w:p w14:paraId="45615C14" w14:textId="2AC8AD99" w:rsidR="002F5B26" w:rsidRPr="00EF0795" w:rsidRDefault="001A1A50">
            <w:pPr>
              <w:spacing w:after="40"/>
              <w:rPr>
                <w:lang w:val="cs-CZ"/>
              </w:rPr>
            </w:pP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MÍSTO  </w:t>
            </w:r>
            <w:r w:rsidR="00824224" w:rsidRPr="00EF0795">
              <w:rPr>
                <w:color w:val="262626"/>
                <w:sz w:val="23"/>
                <w:lang w:val="cs-CZ"/>
              </w:rPr>
              <w:t>OKO</w:t>
            </w:r>
            <w:proofErr w:type="gramEnd"/>
            <w:r w:rsidR="00824224" w:rsidRPr="00EF0795">
              <w:rPr>
                <w:color w:val="262626"/>
                <w:sz w:val="23"/>
                <w:lang w:val="cs-CZ"/>
              </w:rPr>
              <w:t>, Obecní dům, Ostrožná 46, Opava</w:t>
            </w:r>
          </w:p>
          <w:p w14:paraId="43164D92" w14:textId="77777777" w:rsidR="002F5B26" w:rsidRPr="00EF0795" w:rsidRDefault="001A1A50">
            <w:pPr>
              <w:spacing w:after="40"/>
              <w:rPr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 xml:space="preserve">LEKTOR / </w:t>
            </w: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GARANT  </w:t>
            </w:r>
            <w:r w:rsidRPr="00EF0795">
              <w:rPr>
                <w:color w:val="262626"/>
                <w:sz w:val="23"/>
                <w:lang w:val="cs-CZ"/>
              </w:rPr>
              <w:t>Mgr.</w:t>
            </w:r>
            <w:proofErr w:type="gramEnd"/>
            <w:r w:rsidRPr="00EF0795">
              <w:rPr>
                <w:color w:val="262626"/>
                <w:sz w:val="23"/>
                <w:lang w:val="cs-CZ"/>
              </w:rPr>
              <w:t xml:space="preserve"> Lucie Peterková, advokátka</w:t>
            </w:r>
          </w:p>
          <w:p w14:paraId="49AABFDE" w14:textId="3E08DCDF" w:rsidR="002F5B26" w:rsidRPr="00EF0795" w:rsidRDefault="001A1A50">
            <w:pPr>
              <w:spacing w:after="40"/>
              <w:rPr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 xml:space="preserve">DOPROVODNÝ </w:t>
            </w: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PROGRAM  </w:t>
            </w:r>
            <w:r w:rsidR="002A2A2A">
              <w:rPr>
                <w:color w:val="262626"/>
                <w:sz w:val="23"/>
                <w:lang w:val="cs-CZ"/>
              </w:rPr>
              <w:t>Miniaturgolf</w:t>
            </w:r>
            <w:proofErr w:type="gramEnd"/>
            <w:r w:rsidRPr="00EF0795">
              <w:rPr>
                <w:color w:val="262626"/>
                <w:sz w:val="23"/>
                <w:lang w:val="cs-CZ"/>
              </w:rPr>
              <w:t xml:space="preserve"> </w:t>
            </w:r>
            <w:r w:rsidR="002A2A2A">
              <w:rPr>
                <w:color w:val="262626"/>
                <w:sz w:val="23"/>
                <w:lang w:val="cs-CZ"/>
              </w:rPr>
              <w:t>–</w:t>
            </w:r>
            <w:r w:rsidRPr="00EF0795">
              <w:rPr>
                <w:color w:val="262626"/>
                <w:sz w:val="23"/>
                <w:lang w:val="cs-CZ"/>
              </w:rPr>
              <w:t xml:space="preserve"> </w:t>
            </w:r>
            <w:r w:rsidR="002A2A2A">
              <w:rPr>
                <w:color w:val="262626"/>
                <w:sz w:val="23"/>
                <w:lang w:val="cs-CZ"/>
              </w:rPr>
              <w:t xml:space="preserve">volný </w:t>
            </w:r>
            <w:r w:rsidRPr="00EF0795">
              <w:rPr>
                <w:color w:val="262626"/>
                <w:sz w:val="23"/>
                <w:lang w:val="cs-CZ"/>
              </w:rPr>
              <w:t>vstup</w:t>
            </w:r>
          </w:p>
        </w:tc>
      </w:tr>
    </w:tbl>
    <w:p w14:paraId="398A140A" w14:textId="77777777" w:rsidR="002F5B26" w:rsidRPr="00EF0795" w:rsidRDefault="002F5B26">
      <w:pPr>
        <w:spacing w:after="160"/>
        <w:rPr>
          <w:lang w:val="cs-CZ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7249"/>
      </w:tblGrid>
      <w:tr w:rsidR="002F5B26" w:rsidRPr="00EF0795" w14:paraId="03633461" w14:textId="77777777" w:rsidTr="00CB6E2E">
        <w:trPr>
          <w:jc w:val="center"/>
        </w:trPr>
        <w:tc>
          <w:tcPr>
            <w:tcW w:w="3119" w:type="dxa"/>
            <w:tcBorders>
              <w:top w:val="single" w:sz="6" w:space="0" w:color="C8102E"/>
              <w:left w:val="single" w:sz="6" w:space="0" w:color="C8102E"/>
              <w:bottom w:val="single" w:sz="6" w:space="0" w:color="C8102E"/>
              <w:right w:val="single" w:sz="6" w:space="0" w:color="C8102E"/>
            </w:tcBorders>
            <w:shd w:val="clear" w:color="auto" w:fill="C8102E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012FA771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FFFFF"/>
                <w:sz w:val="56"/>
                <w:lang w:val="cs-CZ"/>
              </w:rPr>
              <w:t>10.</w:t>
            </w:r>
          </w:p>
          <w:p w14:paraId="1C374B6E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FFFFF"/>
                <w:lang w:val="cs-CZ"/>
              </w:rPr>
              <w:t>ZÁŘ</w:t>
            </w:r>
          </w:p>
          <w:p w14:paraId="10558957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2C94C"/>
                <w:sz w:val="28"/>
                <w:lang w:val="cs-CZ"/>
              </w:rPr>
              <w:t>10.00</w:t>
            </w:r>
          </w:p>
        </w:tc>
        <w:tc>
          <w:tcPr>
            <w:tcW w:w="7249" w:type="dxa"/>
            <w:tcBorders>
              <w:top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7F4F1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3C828D6F" w14:textId="086858F9" w:rsidR="002F5B26" w:rsidRPr="00EF0795" w:rsidRDefault="002A2A2A">
            <w:pPr>
              <w:pStyle w:val="CardTitle"/>
              <w:keepLines/>
              <w:spacing w:after="100"/>
              <w:rPr>
                <w:lang w:val="cs-CZ"/>
              </w:rPr>
            </w:pPr>
            <w:r>
              <w:rPr>
                <w:lang w:val="cs-CZ"/>
              </w:rPr>
              <w:t>J</w:t>
            </w:r>
            <w:r w:rsidR="001A1A50" w:rsidRPr="00EF0795">
              <w:rPr>
                <w:lang w:val="cs-CZ"/>
              </w:rPr>
              <w:t>ak se připravit na krize</w:t>
            </w:r>
          </w:p>
          <w:p w14:paraId="7778ADB4" w14:textId="186806FD" w:rsidR="002F5B26" w:rsidRPr="00EF0795" w:rsidRDefault="001A1A50">
            <w:pPr>
              <w:spacing w:after="40"/>
              <w:rPr>
                <w:lang w:val="cs-CZ"/>
              </w:rPr>
            </w:pP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MÍSTO  </w:t>
            </w:r>
            <w:r w:rsidR="00824224" w:rsidRPr="00EF0795">
              <w:rPr>
                <w:color w:val="262626"/>
                <w:sz w:val="23"/>
                <w:lang w:val="cs-CZ"/>
              </w:rPr>
              <w:t>OKO</w:t>
            </w:r>
            <w:proofErr w:type="gramEnd"/>
            <w:r w:rsidR="00824224" w:rsidRPr="00EF0795">
              <w:rPr>
                <w:color w:val="262626"/>
                <w:sz w:val="23"/>
                <w:lang w:val="cs-CZ"/>
              </w:rPr>
              <w:t>, Obecní dům, Ostrožná 46, Opava</w:t>
            </w:r>
          </w:p>
          <w:p w14:paraId="6BACDAC2" w14:textId="77777777" w:rsidR="002F5B26" w:rsidRPr="00EF0795" w:rsidRDefault="001A1A50">
            <w:pPr>
              <w:spacing w:after="40"/>
              <w:rPr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 xml:space="preserve">LEKTOR / </w:t>
            </w: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GARANT  </w:t>
            </w:r>
            <w:r w:rsidRPr="00EF0795">
              <w:rPr>
                <w:color w:val="262626"/>
                <w:sz w:val="23"/>
                <w:lang w:val="cs-CZ"/>
              </w:rPr>
              <w:t>Daniel</w:t>
            </w:r>
            <w:proofErr w:type="gramEnd"/>
            <w:r w:rsidRPr="00EF0795">
              <w:rPr>
                <w:color w:val="262626"/>
                <w:sz w:val="23"/>
                <w:lang w:val="cs-CZ"/>
              </w:rPr>
              <w:t xml:space="preserve"> Rother</w:t>
            </w:r>
          </w:p>
          <w:p w14:paraId="349E016D" w14:textId="77777777" w:rsidR="002F5B26" w:rsidRDefault="001A1A50">
            <w:pPr>
              <w:spacing w:after="40"/>
              <w:rPr>
                <w:color w:val="262626"/>
                <w:sz w:val="23"/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 xml:space="preserve">DOPROVODNÝ </w:t>
            </w: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PROGRAM  </w:t>
            </w:r>
            <w:r w:rsidRPr="00EF0795">
              <w:rPr>
                <w:color w:val="262626"/>
                <w:sz w:val="23"/>
                <w:lang w:val="cs-CZ"/>
              </w:rPr>
              <w:t>Přednáška</w:t>
            </w:r>
            <w:proofErr w:type="gramEnd"/>
            <w:r w:rsidRPr="00EF0795">
              <w:rPr>
                <w:color w:val="262626"/>
                <w:sz w:val="23"/>
                <w:lang w:val="cs-CZ"/>
              </w:rPr>
              <w:t xml:space="preserve"> ČKK na Ukrajině</w:t>
            </w:r>
          </w:p>
          <w:p w14:paraId="615134CB" w14:textId="095F11A5" w:rsidR="002A2A2A" w:rsidRPr="00EF0795" w:rsidRDefault="002A2A2A">
            <w:pPr>
              <w:spacing w:after="40"/>
              <w:rPr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 xml:space="preserve">GARANT </w:t>
            </w: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PROGRAMU  </w:t>
            </w:r>
            <w:r w:rsidRPr="00EF0795">
              <w:rPr>
                <w:color w:val="262626"/>
                <w:sz w:val="23"/>
                <w:lang w:val="cs-CZ"/>
              </w:rPr>
              <w:t>Daniel</w:t>
            </w:r>
            <w:proofErr w:type="gramEnd"/>
            <w:r w:rsidRPr="00EF0795">
              <w:rPr>
                <w:color w:val="262626"/>
                <w:sz w:val="23"/>
                <w:lang w:val="cs-CZ"/>
              </w:rPr>
              <w:t xml:space="preserve"> Rother</w:t>
            </w:r>
          </w:p>
        </w:tc>
      </w:tr>
    </w:tbl>
    <w:p w14:paraId="30E981E7" w14:textId="69E0CCE2" w:rsidR="002F5B26" w:rsidRPr="00EF0795" w:rsidRDefault="002F5B26">
      <w:pPr>
        <w:rPr>
          <w:lang w:val="cs-CZ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7249"/>
      </w:tblGrid>
      <w:tr w:rsidR="002F5B26" w:rsidRPr="00EF0795" w14:paraId="58BACC3E" w14:textId="77777777" w:rsidTr="00CB6E2E">
        <w:trPr>
          <w:jc w:val="center"/>
        </w:trPr>
        <w:tc>
          <w:tcPr>
            <w:tcW w:w="3119" w:type="dxa"/>
            <w:tcBorders>
              <w:top w:val="single" w:sz="6" w:space="0" w:color="C8102E"/>
              <w:left w:val="single" w:sz="6" w:space="0" w:color="C8102E"/>
              <w:bottom w:val="single" w:sz="6" w:space="0" w:color="C8102E"/>
              <w:right w:val="single" w:sz="6" w:space="0" w:color="C8102E"/>
            </w:tcBorders>
            <w:shd w:val="clear" w:color="auto" w:fill="C8102E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092958BB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FFFFF"/>
                <w:sz w:val="56"/>
                <w:lang w:val="cs-CZ"/>
              </w:rPr>
              <w:t>17.</w:t>
            </w:r>
          </w:p>
          <w:p w14:paraId="123DC14C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FFFFF"/>
                <w:lang w:val="cs-CZ"/>
              </w:rPr>
              <w:t>ZÁŘ</w:t>
            </w:r>
          </w:p>
          <w:p w14:paraId="662D3F66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2C94C"/>
                <w:sz w:val="28"/>
                <w:lang w:val="cs-CZ"/>
              </w:rPr>
              <w:t>10.00</w:t>
            </w:r>
          </w:p>
        </w:tc>
        <w:tc>
          <w:tcPr>
            <w:tcW w:w="7249" w:type="dxa"/>
            <w:tcBorders>
              <w:top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7F4F1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70E60E22" w14:textId="77777777" w:rsidR="002F5B26" w:rsidRPr="00EF0795" w:rsidRDefault="001A1A50">
            <w:pPr>
              <w:pStyle w:val="CardTitle"/>
              <w:keepLines/>
              <w:spacing w:after="100"/>
              <w:rPr>
                <w:lang w:val="cs-CZ"/>
              </w:rPr>
            </w:pPr>
            <w:r w:rsidRPr="00EF0795">
              <w:rPr>
                <w:lang w:val="cs-CZ"/>
              </w:rPr>
              <w:t>Mapování potřeb seniorů, aneb jak se vám žije v Opavě</w:t>
            </w:r>
          </w:p>
          <w:p w14:paraId="44B925A3" w14:textId="38D99A6B" w:rsidR="002F5B26" w:rsidRPr="00EF0795" w:rsidRDefault="001A1A50">
            <w:pPr>
              <w:spacing w:after="40"/>
              <w:rPr>
                <w:lang w:val="cs-CZ"/>
              </w:rPr>
            </w:pP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MÍSTO  </w:t>
            </w:r>
            <w:r w:rsidR="00824224" w:rsidRPr="00EF0795">
              <w:rPr>
                <w:color w:val="262626"/>
                <w:sz w:val="23"/>
                <w:lang w:val="cs-CZ"/>
              </w:rPr>
              <w:t>OKO</w:t>
            </w:r>
            <w:proofErr w:type="gramEnd"/>
            <w:r w:rsidR="00824224" w:rsidRPr="00EF0795">
              <w:rPr>
                <w:color w:val="262626"/>
                <w:sz w:val="23"/>
                <w:lang w:val="cs-CZ"/>
              </w:rPr>
              <w:t>, Obecní dům, Ostrožná 46, Opava</w:t>
            </w:r>
          </w:p>
          <w:p w14:paraId="0DE5BEA7" w14:textId="77777777" w:rsidR="002F5B26" w:rsidRPr="00EF0795" w:rsidRDefault="001A1A50">
            <w:pPr>
              <w:spacing w:after="40"/>
              <w:rPr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 xml:space="preserve">LEKTOR / </w:t>
            </w: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GARANT  </w:t>
            </w:r>
            <w:r w:rsidRPr="00EF0795">
              <w:rPr>
                <w:color w:val="262626"/>
                <w:sz w:val="23"/>
                <w:lang w:val="cs-CZ"/>
              </w:rPr>
              <w:t>Mgr.</w:t>
            </w:r>
            <w:proofErr w:type="gramEnd"/>
            <w:r w:rsidRPr="00EF0795">
              <w:rPr>
                <w:color w:val="262626"/>
                <w:sz w:val="23"/>
                <w:lang w:val="cs-CZ"/>
              </w:rPr>
              <w:t xml:space="preserve"> Monika Čermínová</w:t>
            </w:r>
          </w:p>
          <w:p w14:paraId="41CFB761" w14:textId="5DCF708B" w:rsidR="002F5B26" w:rsidRPr="00EF0795" w:rsidRDefault="001A1A50">
            <w:pPr>
              <w:spacing w:after="40"/>
              <w:rPr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 xml:space="preserve">DOPROVODNÝ </w:t>
            </w: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PROGRAM  </w:t>
            </w:r>
            <w:r w:rsidR="002A2A2A" w:rsidRPr="002A2A2A">
              <w:rPr>
                <w:color w:val="262626"/>
                <w:sz w:val="23"/>
                <w:lang w:val="cs-CZ"/>
              </w:rPr>
              <w:t>Divadlo</w:t>
            </w:r>
            <w:proofErr w:type="gramEnd"/>
            <w:r w:rsidR="002A2A2A" w:rsidRPr="002A2A2A">
              <w:rPr>
                <w:color w:val="262626"/>
                <w:sz w:val="23"/>
                <w:lang w:val="cs-CZ"/>
              </w:rPr>
              <w:t xml:space="preserve"> z druh</w:t>
            </w:r>
            <w:r w:rsidR="002A2A2A" w:rsidRPr="002A2A2A">
              <w:rPr>
                <w:rFonts w:hint="cs"/>
                <w:color w:val="262626"/>
                <w:sz w:val="23"/>
                <w:lang w:val="cs-CZ"/>
              </w:rPr>
              <w:t>é</w:t>
            </w:r>
            <w:r w:rsidR="002A2A2A" w:rsidRPr="002A2A2A">
              <w:rPr>
                <w:color w:val="262626"/>
                <w:sz w:val="23"/>
                <w:lang w:val="cs-CZ"/>
              </w:rPr>
              <w:t xml:space="preserve"> strany - prohl</w:t>
            </w:r>
            <w:r w:rsidR="002A2A2A" w:rsidRPr="002A2A2A">
              <w:rPr>
                <w:rFonts w:hint="cs"/>
                <w:color w:val="262626"/>
                <w:sz w:val="23"/>
                <w:lang w:val="cs-CZ"/>
              </w:rPr>
              <w:t>í</w:t>
            </w:r>
            <w:r w:rsidR="002A2A2A" w:rsidRPr="002A2A2A">
              <w:rPr>
                <w:color w:val="262626"/>
                <w:sz w:val="23"/>
                <w:lang w:val="cs-CZ"/>
              </w:rPr>
              <w:t>dka Slezsk</w:t>
            </w:r>
            <w:r w:rsidR="002A2A2A" w:rsidRPr="002A2A2A">
              <w:rPr>
                <w:rFonts w:hint="cs"/>
                <w:color w:val="262626"/>
                <w:sz w:val="23"/>
                <w:lang w:val="cs-CZ"/>
              </w:rPr>
              <w:t>é</w:t>
            </w:r>
            <w:r w:rsidR="002A2A2A" w:rsidRPr="002A2A2A">
              <w:rPr>
                <w:color w:val="262626"/>
                <w:sz w:val="23"/>
                <w:lang w:val="cs-CZ"/>
              </w:rPr>
              <w:t>ho divadla v Opav</w:t>
            </w:r>
            <w:r w:rsidR="002A2A2A" w:rsidRPr="002A2A2A">
              <w:rPr>
                <w:rFonts w:hint="cs"/>
                <w:color w:val="262626"/>
                <w:sz w:val="23"/>
                <w:lang w:val="cs-CZ"/>
              </w:rPr>
              <w:t>ě</w:t>
            </w:r>
          </w:p>
        </w:tc>
      </w:tr>
    </w:tbl>
    <w:p w14:paraId="113A55B8" w14:textId="77777777" w:rsidR="002F5B26" w:rsidRPr="00EF0795" w:rsidRDefault="002F5B26">
      <w:pPr>
        <w:spacing w:after="160"/>
        <w:rPr>
          <w:lang w:val="cs-CZ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7249"/>
      </w:tblGrid>
      <w:tr w:rsidR="002F5B26" w:rsidRPr="00EF0795" w14:paraId="335D62AA" w14:textId="77777777" w:rsidTr="00CB6E2E">
        <w:trPr>
          <w:jc w:val="center"/>
        </w:trPr>
        <w:tc>
          <w:tcPr>
            <w:tcW w:w="3119" w:type="dxa"/>
            <w:tcBorders>
              <w:top w:val="single" w:sz="6" w:space="0" w:color="C8102E"/>
              <w:left w:val="single" w:sz="6" w:space="0" w:color="C8102E"/>
              <w:bottom w:val="single" w:sz="6" w:space="0" w:color="C8102E"/>
              <w:right w:val="single" w:sz="6" w:space="0" w:color="C8102E"/>
            </w:tcBorders>
            <w:shd w:val="clear" w:color="auto" w:fill="C8102E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05F73C9A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FFFFF"/>
                <w:sz w:val="56"/>
                <w:lang w:val="cs-CZ"/>
              </w:rPr>
              <w:t>24.</w:t>
            </w:r>
          </w:p>
          <w:p w14:paraId="78DCA1BB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FFFFF"/>
                <w:lang w:val="cs-CZ"/>
              </w:rPr>
              <w:t>ZÁŘ</w:t>
            </w:r>
          </w:p>
          <w:p w14:paraId="43356F35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2C94C"/>
                <w:sz w:val="28"/>
                <w:lang w:val="cs-CZ"/>
              </w:rPr>
              <w:t>10.00</w:t>
            </w:r>
          </w:p>
        </w:tc>
        <w:tc>
          <w:tcPr>
            <w:tcW w:w="7249" w:type="dxa"/>
            <w:tcBorders>
              <w:top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7F4F1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73F809DC" w14:textId="77777777" w:rsidR="002F5B26" w:rsidRPr="00EF0795" w:rsidRDefault="001A1A50">
            <w:pPr>
              <w:pStyle w:val="CardTitle"/>
              <w:keepLines/>
              <w:spacing w:after="100"/>
              <w:rPr>
                <w:lang w:val="cs-CZ"/>
              </w:rPr>
            </w:pPr>
            <w:r w:rsidRPr="00EF0795">
              <w:rPr>
                <w:lang w:val="cs-CZ"/>
              </w:rPr>
              <w:t>Jak na šmejdy, okrádat se nenecháme</w:t>
            </w:r>
          </w:p>
          <w:p w14:paraId="0D9F3350" w14:textId="6D22E2C5" w:rsidR="002F5B26" w:rsidRPr="00EF0795" w:rsidRDefault="001A1A50">
            <w:pPr>
              <w:spacing w:after="40"/>
              <w:rPr>
                <w:lang w:val="cs-CZ"/>
              </w:rPr>
            </w:pP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MÍSTO  </w:t>
            </w:r>
            <w:r w:rsidR="00824224" w:rsidRPr="00EF0795">
              <w:rPr>
                <w:color w:val="262626"/>
                <w:sz w:val="23"/>
                <w:lang w:val="cs-CZ"/>
              </w:rPr>
              <w:t>OKO</w:t>
            </w:r>
            <w:proofErr w:type="gramEnd"/>
            <w:r w:rsidR="00824224" w:rsidRPr="00EF0795">
              <w:rPr>
                <w:color w:val="262626"/>
                <w:sz w:val="23"/>
                <w:lang w:val="cs-CZ"/>
              </w:rPr>
              <w:t>, Obecní dům, Ostrožná 46, Opava</w:t>
            </w:r>
          </w:p>
          <w:p w14:paraId="2F80373D" w14:textId="77777777" w:rsidR="002F5B26" w:rsidRPr="00EF0795" w:rsidRDefault="001A1A50">
            <w:pPr>
              <w:spacing w:after="40"/>
              <w:rPr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 xml:space="preserve">LEKTOR / </w:t>
            </w: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GARANT  </w:t>
            </w:r>
            <w:r w:rsidRPr="00EF0795">
              <w:rPr>
                <w:color w:val="262626"/>
                <w:sz w:val="23"/>
                <w:lang w:val="cs-CZ"/>
              </w:rPr>
              <w:t>Pavel</w:t>
            </w:r>
            <w:proofErr w:type="gramEnd"/>
            <w:r w:rsidRPr="00EF0795">
              <w:rPr>
                <w:color w:val="262626"/>
                <w:sz w:val="23"/>
                <w:lang w:val="cs-CZ"/>
              </w:rPr>
              <w:t xml:space="preserve"> Meletzký</w:t>
            </w:r>
          </w:p>
          <w:p w14:paraId="50DAC80E" w14:textId="77777777" w:rsidR="002F5B26" w:rsidRPr="00EF0795" w:rsidRDefault="001A1A50">
            <w:pPr>
              <w:spacing w:after="40"/>
              <w:rPr>
                <w:color w:val="262626"/>
                <w:sz w:val="23"/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 xml:space="preserve">DOPROVODNÝ </w:t>
            </w: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PROGRAM  </w:t>
            </w:r>
            <w:r w:rsidR="00EF0795" w:rsidRPr="00EF0795">
              <w:rPr>
                <w:color w:val="262626"/>
                <w:sz w:val="23"/>
                <w:lang w:val="cs-CZ"/>
              </w:rPr>
              <w:t>Proměny</w:t>
            </w:r>
            <w:proofErr w:type="gramEnd"/>
            <w:r w:rsidR="00EF0795" w:rsidRPr="00EF0795">
              <w:rPr>
                <w:color w:val="262626"/>
                <w:sz w:val="23"/>
                <w:lang w:val="cs-CZ"/>
              </w:rPr>
              <w:t xml:space="preserve"> opavských promenádních parků</w:t>
            </w:r>
          </w:p>
          <w:p w14:paraId="64D3FB52" w14:textId="44604FBE" w:rsidR="00EF0795" w:rsidRPr="00EF0795" w:rsidRDefault="00EF0795">
            <w:pPr>
              <w:spacing w:after="40"/>
              <w:rPr>
                <w:lang w:val="cs-CZ"/>
              </w:rPr>
            </w:pPr>
            <w:r w:rsidRPr="00EF0795">
              <w:rPr>
                <w:color w:val="262626"/>
                <w:sz w:val="23"/>
                <w:lang w:val="cs-CZ"/>
              </w:rPr>
              <w:t>Skupina 1: 13</w:t>
            </w:r>
            <w:r>
              <w:rPr>
                <w:color w:val="262626"/>
                <w:sz w:val="23"/>
                <w:lang w:val="cs-CZ"/>
              </w:rPr>
              <w:t>:00</w:t>
            </w:r>
            <w:r w:rsidRPr="00EF0795">
              <w:rPr>
                <w:color w:val="262626"/>
                <w:sz w:val="23"/>
                <w:lang w:val="cs-CZ"/>
              </w:rPr>
              <w:t xml:space="preserve"> Breda </w:t>
            </w:r>
            <w:r w:rsidR="002A2A2A">
              <w:rPr>
                <w:color w:val="262626"/>
                <w:sz w:val="23"/>
                <w:lang w:val="cs-CZ"/>
              </w:rPr>
              <w:t xml:space="preserve">    </w:t>
            </w:r>
            <w:r w:rsidRPr="00EF0795">
              <w:rPr>
                <w:color w:val="262626"/>
                <w:sz w:val="23"/>
                <w:lang w:val="cs-CZ"/>
              </w:rPr>
              <w:t>Skupina 2: 15</w:t>
            </w:r>
            <w:r>
              <w:rPr>
                <w:color w:val="262626"/>
                <w:sz w:val="23"/>
                <w:lang w:val="cs-CZ"/>
              </w:rPr>
              <w:t>:00</w:t>
            </w:r>
            <w:r w:rsidRPr="00EF0795">
              <w:rPr>
                <w:color w:val="262626"/>
                <w:sz w:val="23"/>
                <w:lang w:val="cs-CZ"/>
              </w:rPr>
              <w:t xml:space="preserve"> Breda</w:t>
            </w:r>
          </w:p>
        </w:tc>
      </w:tr>
    </w:tbl>
    <w:p w14:paraId="209EE07D" w14:textId="77777777" w:rsidR="002F5B26" w:rsidRPr="00EF0795" w:rsidRDefault="002F5B26">
      <w:pPr>
        <w:spacing w:after="160"/>
        <w:rPr>
          <w:lang w:val="cs-CZ"/>
        </w:rPr>
      </w:pPr>
    </w:p>
    <w:p w14:paraId="5761A847" w14:textId="77777777" w:rsidR="00824224" w:rsidRPr="00EF0795" w:rsidRDefault="00824224">
      <w:pPr>
        <w:rPr>
          <w:b/>
          <w:color w:val="C8102E"/>
          <w:sz w:val="40"/>
          <w:lang w:val="cs-CZ"/>
        </w:rPr>
      </w:pPr>
      <w:r w:rsidRPr="00EF0795">
        <w:rPr>
          <w:b/>
          <w:color w:val="C8102E"/>
          <w:sz w:val="40"/>
          <w:lang w:val="cs-CZ"/>
        </w:rPr>
        <w:br w:type="page"/>
      </w:r>
    </w:p>
    <w:p w14:paraId="0A16CEE4" w14:textId="6E6297AD" w:rsidR="002F5B26" w:rsidRPr="00EF0795" w:rsidRDefault="001A1A50">
      <w:pPr>
        <w:spacing w:after="120"/>
        <w:rPr>
          <w:lang w:val="cs-CZ"/>
        </w:rPr>
      </w:pPr>
      <w:r w:rsidRPr="00EF0795">
        <w:rPr>
          <w:b/>
          <w:color w:val="C8102E"/>
          <w:sz w:val="40"/>
          <w:lang w:val="cs-CZ"/>
        </w:rPr>
        <w:lastRenderedPageBreak/>
        <w:t>ŘÍJEN 2026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7249"/>
      </w:tblGrid>
      <w:tr w:rsidR="002F5B26" w:rsidRPr="00EF0795" w14:paraId="6EDD692F" w14:textId="77777777" w:rsidTr="00CB6E2E">
        <w:trPr>
          <w:jc w:val="center"/>
        </w:trPr>
        <w:tc>
          <w:tcPr>
            <w:tcW w:w="3119" w:type="dxa"/>
            <w:tcBorders>
              <w:top w:val="single" w:sz="6" w:space="0" w:color="C8102E"/>
              <w:left w:val="single" w:sz="6" w:space="0" w:color="C8102E"/>
              <w:bottom w:val="single" w:sz="6" w:space="0" w:color="C8102E"/>
              <w:right w:val="single" w:sz="6" w:space="0" w:color="C8102E"/>
            </w:tcBorders>
            <w:shd w:val="clear" w:color="auto" w:fill="C8102E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280BAC23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FFFFF"/>
                <w:sz w:val="56"/>
                <w:lang w:val="cs-CZ"/>
              </w:rPr>
              <w:t>1.</w:t>
            </w:r>
          </w:p>
          <w:p w14:paraId="62D7941A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FFFFF"/>
                <w:lang w:val="cs-CZ"/>
              </w:rPr>
              <w:t>ŘÍJ</w:t>
            </w:r>
          </w:p>
          <w:p w14:paraId="03599E0A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2C94C"/>
                <w:sz w:val="28"/>
                <w:lang w:val="cs-CZ"/>
              </w:rPr>
              <w:t>10.00</w:t>
            </w:r>
          </w:p>
        </w:tc>
        <w:tc>
          <w:tcPr>
            <w:tcW w:w="7249" w:type="dxa"/>
            <w:tcBorders>
              <w:top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7F4F1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53E69CA2" w14:textId="77777777" w:rsidR="002A2A2A" w:rsidRDefault="001A1A50">
            <w:pPr>
              <w:pStyle w:val="CardTitle"/>
              <w:keepLines/>
              <w:spacing w:after="100"/>
              <w:rPr>
                <w:lang w:val="cs-CZ"/>
              </w:rPr>
            </w:pPr>
            <w:r w:rsidRPr="00EF0795">
              <w:rPr>
                <w:lang w:val="cs-CZ"/>
              </w:rPr>
              <w:t xml:space="preserve">Opavou autem, pěšky, na kole; </w:t>
            </w:r>
          </w:p>
          <w:p w14:paraId="20108B06" w14:textId="3DDFF5D4" w:rsidR="002F5B26" w:rsidRPr="00EF0795" w:rsidRDefault="001A1A50">
            <w:pPr>
              <w:pStyle w:val="CardTitle"/>
              <w:keepLines/>
              <w:spacing w:after="100"/>
              <w:rPr>
                <w:lang w:val="cs-CZ"/>
              </w:rPr>
            </w:pPr>
            <w:r w:rsidRPr="00EF0795">
              <w:rPr>
                <w:lang w:val="cs-CZ"/>
              </w:rPr>
              <w:t>Kam putuje PET láhev?</w:t>
            </w:r>
          </w:p>
          <w:p w14:paraId="35B23128" w14:textId="0062B651" w:rsidR="002F5B26" w:rsidRPr="00EF0795" w:rsidRDefault="001A1A50">
            <w:pPr>
              <w:spacing w:after="40"/>
              <w:rPr>
                <w:lang w:val="cs-CZ"/>
              </w:rPr>
            </w:pP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MÍSTO  </w:t>
            </w:r>
            <w:r w:rsidR="00824224" w:rsidRPr="00EF0795">
              <w:rPr>
                <w:color w:val="262626"/>
                <w:sz w:val="23"/>
                <w:lang w:val="cs-CZ"/>
              </w:rPr>
              <w:t>OKO</w:t>
            </w:r>
            <w:proofErr w:type="gramEnd"/>
            <w:r w:rsidR="00824224" w:rsidRPr="00EF0795">
              <w:rPr>
                <w:color w:val="262626"/>
                <w:sz w:val="23"/>
                <w:lang w:val="cs-CZ"/>
              </w:rPr>
              <w:t>, Obecní dům, Ostrožná 46, Opava</w:t>
            </w:r>
          </w:p>
          <w:p w14:paraId="1014AC6B" w14:textId="77777777" w:rsidR="002F5B26" w:rsidRPr="00EF0795" w:rsidRDefault="001A1A50">
            <w:pPr>
              <w:spacing w:after="40"/>
              <w:rPr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 xml:space="preserve">LEKTOR / </w:t>
            </w: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GARANT  </w:t>
            </w:r>
            <w:r w:rsidRPr="00EF0795">
              <w:rPr>
                <w:color w:val="262626"/>
                <w:sz w:val="23"/>
                <w:lang w:val="cs-CZ"/>
              </w:rPr>
              <w:t>Petr</w:t>
            </w:r>
            <w:proofErr w:type="gramEnd"/>
            <w:r w:rsidRPr="00EF0795">
              <w:rPr>
                <w:color w:val="262626"/>
                <w:sz w:val="23"/>
                <w:lang w:val="cs-CZ"/>
              </w:rPr>
              <w:t xml:space="preserve"> Popadinec</w:t>
            </w:r>
          </w:p>
          <w:p w14:paraId="04273308" w14:textId="77777777" w:rsidR="002F5B26" w:rsidRPr="00EF0795" w:rsidRDefault="001A1A50">
            <w:pPr>
              <w:spacing w:after="40"/>
              <w:rPr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 xml:space="preserve">DOPROVODNÝ </w:t>
            </w: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PROGRAM  </w:t>
            </w:r>
            <w:r w:rsidRPr="00EF0795">
              <w:rPr>
                <w:color w:val="262626"/>
                <w:sz w:val="23"/>
                <w:lang w:val="cs-CZ"/>
              </w:rPr>
              <w:t>Exkurze</w:t>
            </w:r>
            <w:proofErr w:type="gramEnd"/>
            <w:r w:rsidRPr="00EF0795">
              <w:rPr>
                <w:color w:val="262626"/>
                <w:sz w:val="23"/>
                <w:lang w:val="cs-CZ"/>
              </w:rPr>
              <w:t xml:space="preserve"> na třídící linku TSO</w:t>
            </w:r>
          </w:p>
        </w:tc>
      </w:tr>
    </w:tbl>
    <w:p w14:paraId="42279F18" w14:textId="65F8DFC5" w:rsidR="002F5B26" w:rsidRPr="00EF0795" w:rsidRDefault="002F5B26">
      <w:pPr>
        <w:rPr>
          <w:lang w:val="cs-CZ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7249"/>
      </w:tblGrid>
      <w:tr w:rsidR="002F5B26" w:rsidRPr="00EF0795" w14:paraId="7E845510" w14:textId="77777777" w:rsidTr="00CB6E2E">
        <w:trPr>
          <w:jc w:val="center"/>
        </w:trPr>
        <w:tc>
          <w:tcPr>
            <w:tcW w:w="3119" w:type="dxa"/>
            <w:tcBorders>
              <w:top w:val="single" w:sz="6" w:space="0" w:color="C8102E"/>
              <w:left w:val="single" w:sz="6" w:space="0" w:color="C8102E"/>
              <w:bottom w:val="single" w:sz="6" w:space="0" w:color="C8102E"/>
              <w:right w:val="single" w:sz="6" w:space="0" w:color="C8102E"/>
            </w:tcBorders>
            <w:shd w:val="clear" w:color="auto" w:fill="C8102E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050F22E8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FFFFF"/>
                <w:sz w:val="56"/>
                <w:lang w:val="cs-CZ"/>
              </w:rPr>
              <w:t>9.</w:t>
            </w:r>
          </w:p>
          <w:p w14:paraId="30BAC0D3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FFFFF"/>
                <w:lang w:val="cs-CZ"/>
              </w:rPr>
              <w:t>ŘÍJ</w:t>
            </w:r>
          </w:p>
          <w:p w14:paraId="07842E61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2C94C"/>
                <w:sz w:val="28"/>
                <w:lang w:val="cs-CZ"/>
              </w:rPr>
              <w:t>10.00</w:t>
            </w:r>
          </w:p>
        </w:tc>
        <w:tc>
          <w:tcPr>
            <w:tcW w:w="7249" w:type="dxa"/>
            <w:tcBorders>
              <w:top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7F4F1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74F3FCE7" w14:textId="77777777" w:rsidR="002F5B26" w:rsidRPr="00EF0795" w:rsidRDefault="001A1A50">
            <w:pPr>
              <w:pStyle w:val="CardTitle"/>
              <w:keepLines/>
              <w:spacing w:after="100"/>
              <w:rPr>
                <w:lang w:val="cs-CZ"/>
              </w:rPr>
            </w:pPr>
            <w:r w:rsidRPr="00EF0795">
              <w:rPr>
                <w:lang w:val="cs-CZ"/>
              </w:rPr>
              <w:t>Historie a rozvoj Opavy v obrazech a číslech</w:t>
            </w:r>
          </w:p>
          <w:p w14:paraId="4F3A1690" w14:textId="3EECA7A9" w:rsidR="002F5B26" w:rsidRPr="00EF0795" w:rsidRDefault="001A1A50">
            <w:pPr>
              <w:spacing w:after="40"/>
              <w:rPr>
                <w:lang w:val="cs-CZ"/>
              </w:rPr>
            </w:pP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MÍSTO  </w:t>
            </w:r>
            <w:r w:rsidR="00824224" w:rsidRPr="00EF0795">
              <w:rPr>
                <w:color w:val="262626"/>
                <w:sz w:val="23"/>
                <w:lang w:val="cs-CZ"/>
              </w:rPr>
              <w:t>=</w:t>
            </w:r>
            <w:proofErr w:type="gramEnd"/>
            <w:r w:rsidR="00824224" w:rsidRPr="00EF0795">
              <w:rPr>
                <w:color w:val="262626"/>
                <w:sz w:val="23"/>
                <w:lang w:val="cs-CZ"/>
              </w:rPr>
              <w:t>PŘEKVAPENÍ=</w:t>
            </w:r>
          </w:p>
          <w:p w14:paraId="02807AD7" w14:textId="56C10F23" w:rsidR="002F5B26" w:rsidRPr="00EF0795" w:rsidRDefault="001A1A50">
            <w:pPr>
              <w:spacing w:after="40"/>
              <w:rPr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 xml:space="preserve">LEKTOR / </w:t>
            </w: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GARANT  </w:t>
            </w:r>
            <w:r w:rsidRPr="00EF0795">
              <w:rPr>
                <w:color w:val="262626"/>
                <w:sz w:val="23"/>
                <w:lang w:val="cs-CZ"/>
              </w:rPr>
              <w:t>Petr</w:t>
            </w:r>
            <w:proofErr w:type="gramEnd"/>
            <w:r w:rsidRPr="00EF0795">
              <w:rPr>
                <w:color w:val="262626"/>
                <w:sz w:val="23"/>
                <w:lang w:val="cs-CZ"/>
              </w:rPr>
              <w:t xml:space="preserve"> Stanjura</w:t>
            </w:r>
            <w:r w:rsidR="00824224" w:rsidRPr="00EF0795">
              <w:rPr>
                <w:color w:val="262626"/>
                <w:sz w:val="23"/>
                <w:lang w:val="cs-CZ"/>
              </w:rPr>
              <w:t xml:space="preserve"> +1</w:t>
            </w:r>
          </w:p>
          <w:p w14:paraId="15F54C7F" w14:textId="746E9AA6" w:rsidR="002F5B26" w:rsidRPr="00EF0795" w:rsidRDefault="001A1A50">
            <w:pPr>
              <w:spacing w:after="40"/>
              <w:rPr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 xml:space="preserve">DOPROVODNÝ </w:t>
            </w: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PROGRAM  </w:t>
            </w:r>
            <w:r w:rsidR="002A2A2A" w:rsidRPr="002A2A2A">
              <w:rPr>
                <w:color w:val="262626"/>
                <w:sz w:val="23"/>
                <w:lang w:val="cs-CZ"/>
              </w:rPr>
              <w:t>„</w:t>
            </w:r>
            <w:proofErr w:type="gramEnd"/>
            <w:r w:rsidR="002A2A2A" w:rsidRPr="002A2A2A">
              <w:rPr>
                <w:color w:val="262626"/>
                <w:sz w:val="23"/>
                <w:lang w:val="cs-CZ"/>
              </w:rPr>
              <w:t>není“</w:t>
            </w:r>
          </w:p>
        </w:tc>
      </w:tr>
    </w:tbl>
    <w:p w14:paraId="35C04F1C" w14:textId="77777777" w:rsidR="002F5B26" w:rsidRPr="00EF0795" w:rsidRDefault="002F5B26">
      <w:pPr>
        <w:spacing w:after="160"/>
        <w:rPr>
          <w:lang w:val="cs-CZ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7249"/>
      </w:tblGrid>
      <w:tr w:rsidR="002F5B26" w:rsidRPr="00EF0795" w14:paraId="24CDD712" w14:textId="77777777" w:rsidTr="00CB6E2E">
        <w:trPr>
          <w:jc w:val="center"/>
        </w:trPr>
        <w:tc>
          <w:tcPr>
            <w:tcW w:w="3119" w:type="dxa"/>
            <w:tcBorders>
              <w:top w:val="single" w:sz="6" w:space="0" w:color="C8102E"/>
              <w:left w:val="single" w:sz="6" w:space="0" w:color="C8102E"/>
              <w:bottom w:val="single" w:sz="6" w:space="0" w:color="C8102E"/>
              <w:right w:val="single" w:sz="6" w:space="0" w:color="C8102E"/>
            </w:tcBorders>
            <w:shd w:val="clear" w:color="auto" w:fill="C8102E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2DA7A83C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FFFFF"/>
                <w:sz w:val="56"/>
                <w:lang w:val="cs-CZ"/>
              </w:rPr>
              <w:t>15.</w:t>
            </w:r>
          </w:p>
          <w:p w14:paraId="13EDCF14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FFFFF"/>
                <w:lang w:val="cs-CZ"/>
              </w:rPr>
              <w:t>ŘÍJ</w:t>
            </w:r>
          </w:p>
          <w:p w14:paraId="252DFE78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2C94C"/>
                <w:sz w:val="28"/>
                <w:lang w:val="cs-CZ"/>
              </w:rPr>
              <w:t>10.00</w:t>
            </w:r>
          </w:p>
        </w:tc>
        <w:tc>
          <w:tcPr>
            <w:tcW w:w="7249" w:type="dxa"/>
            <w:tcBorders>
              <w:top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7F4F1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70881104" w14:textId="77777777" w:rsidR="002F5B26" w:rsidRPr="00EF0795" w:rsidRDefault="001A1A50">
            <w:pPr>
              <w:pStyle w:val="CardTitle"/>
              <w:keepLines/>
              <w:spacing w:after="100"/>
              <w:rPr>
                <w:lang w:val="cs-CZ"/>
              </w:rPr>
            </w:pPr>
            <w:r w:rsidRPr="00EF0795">
              <w:rPr>
                <w:lang w:val="cs-CZ"/>
              </w:rPr>
              <w:t>Trénink paměti</w:t>
            </w:r>
          </w:p>
          <w:p w14:paraId="2F01B4F9" w14:textId="763C1F11" w:rsidR="002F5B26" w:rsidRPr="00EF0795" w:rsidRDefault="001A1A50">
            <w:pPr>
              <w:spacing w:after="40"/>
              <w:rPr>
                <w:lang w:val="cs-CZ"/>
              </w:rPr>
            </w:pP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MÍSTO  </w:t>
            </w:r>
            <w:r w:rsidR="00824224" w:rsidRPr="00EF0795">
              <w:rPr>
                <w:color w:val="262626"/>
                <w:sz w:val="23"/>
                <w:lang w:val="cs-CZ"/>
              </w:rPr>
              <w:t>OKO</w:t>
            </w:r>
            <w:proofErr w:type="gramEnd"/>
            <w:r w:rsidR="00824224" w:rsidRPr="00EF0795">
              <w:rPr>
                <w:color w:val="262626"/>
                <w:sz w:val="23"/>
                <w:lang w:val="cs-CZ"/>
              </w:rPr>
              <w:t>, Obecní dům, Ostrožná 46, Opava</w:t>
            </w:r>
          </w:p>
          <w:p w14:paraId="6F888B4C" w14:textId="77777777" w:rsidR="002F5B26" w:rsidRPr="00EF0795" w:rsidRDefault="001A1A50">
            <w:pPr>
              <w:spacing w:after="40"/>
              <w:rPr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 xml:space="preserve">LEKTOR / </w:t>
            </w: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GARANT  </w:t>
            </w:r>
            <w:r w:rsidRPr="00EF0795">
              <w:rPr>
                <w:color w:val="262626"/>
                <w:sz w:val="23"/>
                <w:lang w:val="cs-CZ"/>
              </w:rPr>
              <w:t>Mgr.</w:t>
            </w:r>
            <w:proofErr w:type="gramEnd"/>
            <w:r w:rsidRPr="00EF0795">
              <w:rPr>
                <w:color w:val="262626"/>
                <w:sz w:val="23"/>
                <w:lang w:val="cs-CZ"/>
              </w:rPr>
              <w:t xml:space="preserve"> Karolína </w:t>
            </w:r>
            <w:proofErr w:type="spellStart"/>
            <w:r w:rsidRPr="00EF0795">
              <w:rPr>
                <w:color w:val="262626"/>
                <w:sz w:val="23"/>
                <w:lang w:val="cs-CZ"/>
              </w:rPr>
              <w:t>Haragošová</w:t>
            </w:r>
            <w:proofErr w:type="spellEnd"/>
            <w:r w:rsidRPr="00EF0795">
              <w:rPr>
                <w:color w:val="262626"/>
                <w:sz w:val="23"/>
                <w:lang w:val="cs-CZ"/>
              </w:rPr>
              <w:t>, psycholožka</w:t>
            </w:r>
          </w:p>
          <w:p w14:paraId="6454D074" w14:textId="055DC303" w:rsidR="002F5B26" w:rsidRPr="00EF0795" w:rsidRDefault="001A1A50">
            <w:pPr>
              <w:spacing w:after="40"/>
              <w:rPr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 xml:space="preserve">DOPROVODNÝ </w:t>
            </w: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PROGRAM  </w:t>
            </w:r>
            <w:r w:rsidR="002A2A2A" w:rsidRPr="002A2A2A">
              <w:rPr>
                <w:color w:val="262626"/>
                <w:sz w:val="23"/>
                <w:lang w:val="cs-CZ"/>
              </w:rPr>
              <w:t>V</w:t>
            </w:r>
            <w:r w:rsidR="002A2A2A" w:rsidRPr="002A2A2A">
              <w:rPr>
                <w:rFonts w:hint="cs"/>
                <w:color w:val="262626"/>
                <w:sz w:val="23"/>
                <w:lang w:val="cs-CZ"/>
              </w:rPr>
              <w:t>ý</w:t>
            </w:r>
            <w:r w:rsidR="002A2A2A" w:rsidRPr="002A2A2A">
              <w:rPr>
                <w:color w:val="262626"/>
                <w:sz w:val="23"/>
                <w:lang w:val="cs-CZ"/>
              </w:rPr>
              <w:t>stava</w:t>
            </w:r>
            <w:proofErr w:type="gramEnd"/>
            <w:r w:rsidR="002A2A2A" w:rsidRPr="002A2A2A">
              <w:rPr>
                <w:color w:val="262626"/>
                <w:sz w:val="23"/>
                <w:lang w:val="cs-CZ"/>
              </w:rPr>
              <w:t xml:space="preserve"> s t</w:t>
            </w:r>
            <w:r w:rsidR="002A2A2A" w:rsidRPr="002A2A2A">
              <w:rPr>
                <w:rFonts w:hint="cs"/>
                <w:color w:val="262626"/>
                <w:sz w:val="23"/>
                <w:lang w:val="cs-CZ"/>
              </w:rPr>
              <w:t>é</w:t>
            </w:r>
            <w:r w:rsidR="002A2A2A" w:rsidRPr="002A2A2A">
              <w:rPr>
                <w:color w:val="262626"/>
                <w:sz w:val="23"/>
                <w:lang w:val="cs-CZ"/>
              </w:rPr>
              <w:t>matikou Vys</w:t>
            </w:r>
            <w:r w:rsidR="002A2A2A" w:rsidRPr="002A2A2A">
              <w:rPr>
                <w:rFonts w:hint="cs"/>
                <w:color w:val="262626"/>
                <w:sz w:val="23"/>
                <w:lang w:val="cs-CZ"/>
              </w:rPr>
              <w:t>í</w:t>
            </w:r>
            <w:r w:rsidR="002A2A2A" w:rsidRPr="002A2A2A">
              <w:rPr>
                <w:color w:val="262626"/>
                <w:sz w:val="23"/>
                <w:lang w:val="cs-CZ"/>
              </w:rPr>
              <w:t>dlen</w:t>
            </w:r>
            <w:r w:rsidR="002A2A2A" w:rsidRPr="002A2A2A">
              <w:rPr>
                <w:rFonts w:hint="cs"/>
                <w:color w:val="262626"/>
                <w:sz w:val="23"/>
                <w:lang w:val="cs-CZ"/>
              </w:rPr>
              <w:t>í</w:t>
            </w:r>
            <w:r w:rsidR="002A2A2A" w:rsidRPr="002A2A2A">
              <w:rPr>
                <w:color w:val="262626"/>
                <w:sz w:val="23"/>
                <w:lang w:val="cs-CZ"/>
              </w:rPr>
              <w:t xml:space="preserve"> - Galerie </w:t>
            </w:r>
            <w:proofErr w:type="spellStart"/>
            <w:r w:rsidR="002A2A2A" w:rsidRPr="002A2A2A">
              <w:rPr>
                <w:color w:val="262626"/>
                <w:sz w:val="23"/>
                <w:lang w:val="cs-CZ"/>
              </w:rPr>
              <w:t>Eisler</w:t>
            </w:r>
            <w:proofErr w:type="spellEnd"/>
          </w:p>
        </w:tc>
      </w:tr>
    </w:tbl>
    <w:p w14:paraId="07C09AB8" w14:textId="77777777" w:rsidR="002F5B26" w:rsidRPr="00EF0795" w:rsidRDefault="002F5B26">
      <w:pPr>
        <w:spacing w:after="160"/>
        <w:rPr>
          <w:lang w:val="cs-CZ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7249"/>
      </w:tblGrid>
      <w:tr w:rsidR="002F5B26" w:rsidRPr="00EF0795" w14:paraId="28B572E1" w14:textId="77777777" w:rsidTr="00CB6E2E">
        <w:trPr>
          <w:jc w:val="center"/>
        </w:trPr>
        <w:tc>
          <w:tcPr>
            <w:tcW w:w="3119" w:type="dxa"/>
            <w:tcBorders>
              <w:top w:val="single" w:sz="6" w:space="0" w:color="C8102E"/>
              <w:left w:val="single" w:sz="6" w:space="0" w:color="C8102E"/>
              <w:bottom w:val="single" w:sz="6" w:space="0" w:color="C8102E"/>
              <w:right w:val="single" w:sz="6" w:space="0" w:color="C8102E"/>
            </w:tcBorders>
            <w:shd w:val="clear" w:color="auto" w:fill="C8102E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02FC3BC5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FFFFF"/>
                <w:sz w:val="56"/>
                <w:lang w:val="cs-CZ"/>
              </w:rPr>
              <w:t>22.</w:t>
            </w:r>
          </w:p>
          <w:p w14:paraId="218DAD84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FFFFF"/>
                <w:lang w:val="cs-CZ"/>
              </w:rPr>
              <w:t>ŘÍJ</w:t>
            </w:r>
          </w:p>
          <w:p w14:paraId="5346563B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2C94C"/>
                <w:sz w:val="28"/>
                <w:lang w:val="cs-CZ"/>
              </w:rPr>
              <w:t>10.00</w:t>
            </w:r>
          </w:p>
        </w:tc>
        <w:tc>
          <w:tcPr>
            <w:tcW w:w="7249" w:type="dxa"/>
            <w:tcBorders>
              <w:top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7F4F1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4C66E588" w14:textId="77777777" w:rsidR="002F5B26" w:rsidRPr="00EF0795" w:rsidRDefault="001A1A50">
            <w:pPr>
              <w:pStyle w:val="CardTitle"/>
              <w:keepLines/>
              <w:spacing w:after="100"/>
              <w:rPr>
                <w:lang w:val="cs-CZ"/>
              </w:rPr>
            </w:pPr>
            <w:r w:rsidRPr="00EF0795">
              <w:rPr>
                <w:lang w:val="cs-CZ"/>
              </w:rPr>
              <w:t>Jak se chovat bezpečně a podle předpisů</w:t>
            </w:r>
          </w:p>
          <w:p w14:paraId="228072EA" w14:textId="17F3F5B4" w:rsidR="002F5B26" w:rsidRPr="00EF0795" w:rsidRDefault="001A1A50">
            <w:pPr>
              <w:spacing w:after="40"/>
              <w:rPr>
                <w:lang w:val="cs-CZ"/>
              </w:rPr>
            </w:pP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MÍSTO  </w:t>
            </w:r>
            <w:r w:rsidR="00824224" w:rsidRPr="00EF0795">
              <w:rPr>
                <w:color w:val="262626"/>
                <w:sz w:val="23"/>
                <w:lang w:val="cs-CZ"/>
              </w:rPr>
              <w:t>OKO</w:t>
            </w:r>
            <w:proofErr w:type="gramEnd"/>
            <w:r w:rsidR="00824224" w:rsidRPr="00EF0795">
              <w:rPr>
                <w:color w:val="262626"/>
                <w:sz w:val="23"/>
                <w:lang w:val="cs-CZ"/>
              </w:rPr>
              <w:t>, Obecní dům, Ostrožná 46, Opava</w:t>
            </w:r>
          </w:p>
          <w:p w14:paraId="34C5530D" w14:textId="77777777" w:rsidR="002F5B26" w:rsidRPr="00EF0795" w:rsidRDefault="001A1A50">
            <w:pPr>
              <w:spacing w:after="40"/>
              <w:rPr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 xml:space="preserve">LEKTOR / </w:t>
            </w: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GARANT  </w:t>
            </w:r>
            <w:r w:rsidRPr="00EF0795">
              <w:rPr>
                <w:color w:val="262626"/>
                <w:sz w:val="23"/>
                <w:lang w:val="cs-CZ"/>
              </w:rPr>
              <w:t>Milan</w:t>
            </w:r>
            <w:proofErr w:type="gramEnd"/>
            <w:r w:rsidRPr="00EF0795">
              <w:rPr>
                <w:color w:val="262626"/>
                <w:sz w:val="23"/>
                <w:lang w:val="cs-CZ"/>
              </w:rPr>
              <w:t xml:space="preserve"> Semera</w:t>
            </w:r>
          </w:p>
          <w:p w14:paraId="110FDD9C" w14:textId="77777777" w:rsidR="002F5B26" w:rsidRPr="00EF0795" w:rsidRDefault="001A1A50">
            <w:pPr>
              <w:spacing w:after="40"/>
              <w:rPr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 xml:space="preserve">DOPROVODNÝ </w:t>
            </w: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PROGRAM  </w:t>
            </w:r>
            <w:r w:rsidRPr="00EF0795">
              <w:rPr>
                <w:color w:val="262626"/>
                <w:sz w:val="23"/>
                <w:lang w:val="cs-CZ"/>
              </w:rPr>
              <w:t>Exkurze</w:t>
            </w:r>
            <w:proofErr w:type="gramEnd"/>
            <w:r w:rsidRPr="00EF0795">
              <w:rPr>
                <w:color w:val="262626"/>
                <w:sz w:val="23"/>
                <w:lang w:val="cs-CZ"/>
              </w:rPr>
              <w:t xml:space="preserve"> do MDPO</w:t>
            </w:r>
          </w:p>
        </w:tc>
      </w:tr>
    </w:tbl>
    <w:p w14:paraId="5404E6F9" w14:textId="77777777" w:rsidR="002F5B26" w:rsidRPr="00EF0795" w:rsidRDefault="002F5B26">
      <w:pPr>
        <w:spacing w:after="160"/>
        <w:rPr>
          <w:lang w:val="cs-CZ"/>
        </w:rPr>
      </w:pPr>
    </w:p>
    <w:p w14:paraId="5B1DB200" w14:textId="77777777" w:rsidR="002F5B26" w:rsidRPr="00EF0795" w:rsidRDefault="001A1A50">
      <w:pPr>
        <w:rPr>
          <w:lang w:val="cs-CZ"/>
        </w:rPr>
      </w:pPr>
      <w:r w:rsidRPr="00EF0795">
        <w:rPr>
          <w:lang w:val="cs-CZ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7249"/>
      </w:tblGrid>
      <w:tr w:rsidR="002F5B26" w:rsidRPr="00EF0795" w14:paraId="1D3359DA" w14:textId="77777777" w:rsidTr="00CB6E2E">
        <w:trPr>
          <w:jc w:val="center"/>
        </w:trPr>
        <w:tc>
          <w:tcPr>
            <w:tcW w:w="3119" w:type="dxa"/>
            <w:tcBorders>
              <w:top w:val="single" w:sz="6" w:space="0" w:color="C8102E"/>
              <w:left w:val="single" w:sz="6" w:space="0" w:color="C8102E"/>
              <w:bottom w:val="single" w:sz="6" w:space="0" w:color="C8102E"/>
              <w:right w:val="single" w:sz="6" w:space="0" w:color="C8102E"/>
            </w:tcBorders>
            <w:shd w:val="clear" w:color="auto" w:fill="C8102E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1D429826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FFFFF"/>
                <w:sz w:val="56"/>
                <w:lang w:val="cs-CZ"/>
              </w:rPr>
              <w:lastRenderedPageBreak/>
              <w:t>29.</w:t>
            </w:r>
          </w:p>
          <w:p w14:paraId="1ED39DBB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FFFFF"/>
                <w:lang w:val="cs-CZ"/>
              </w:rPr>
              <w:t>ŘÍJ</w:t>
            </w:r>
          </w:p>
          <w:p w14:paraId="3756E40E" w14:textId="77777777" w:rsidR="002F5B26" w:rsidRPr="00EF0795" w:rsidRDefault="001A1A50">
            <w:pPr>
              <w:jc w:val="center"/>
              <w:rPr>
                <w:lang w:val="cs-CZ"/>
              </w:rPr>
            </w:pPr>
            <w:r w:rsidRPr="00EF0795">
              <w:rPr>
                <w:b/>
                <w:color w:val="F2C94C"/>
                <w:sz w:val="28"/>
                <w:lang w:val="cs-CZ"/>
              </w:rPr>
              <w:t>10.00</w:t>
            </w:r>
          </w:p>
        </w:tc>
        <w:tc>
          <w:tcPr>
            <w:tcW w:w="7249" w:type="dxa"/>
            <w:tcBorders>
              <w:top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7F4F1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1B77ADC0" w14:textId="77777777" w:rsidR="002F5B26" w:rsidRPr="00EF0795" w:rsidRDefault="001A1A50">
            <w:pPr>
              <w:pStyle w:val="CardTitle"/>
              <w:keepLines/>
              <w:spacing w:after="100"/>
              <w:rPr>
                <w:lang w:val="cs-CZ"/>
              </w:rPr>
            </w:pPr>
            <w:r w:rsidRPr="00EF0795">
              <w:rPr>
                <w:lang w:val="cs-CZ"/>
              </w:rPr>
              <w:t>Kam na výlet Opavským Slezskem</w:t>
            </w:r>
          </w:p>
          <w:p w14:paraId="59516F39" w14:textId="77777777" w:rsidR="002F5B26" w:rsidRPr="00EF0795" w:rsidRDefault="001A1A50">
            <w:pPr>
              <w:spacing w:after="40"/>
              <w:rPr>
                <w:lang w:val="cs-CZ"/>
              </w:rPr>
            </w:pP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MÍSTO  </w:t>
            </w:r>
            <w:r w:rsidRPr="00EF0795">
              <w:rPr>
                <w:color w:val="262626"/>
                <w:sz w:val="23"/>
                <w:lang w:val="cs-CZ"/>
              </w:rPr>
              <w:t>OKO</w:t>
            </w:r>
            <w:proofErr w:type="gramEnd"/>
          </w:p>
          <w:p w14:paraId="2424BAB2" w14:textId="77777777" w:rsidR="002F5B26" w:rsidRPr="00EF0795" w:rsidRDefault="001A1A50">
            <w:pPr>
              <w:spacing w:after="40"/>
              <w:rPr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 xml:space="preserve">LEKTOR / </w:t>
            </w: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GARANT  </w:t>
            </w:r>
            <w:r w:rsidRPr="00EF0795">
              <w:rPr>
                <w:color w:val="262626"/>
                <w:sz w:val="23"/>
                <w:lang w:val="cs-CZ"/>
              </w:rPr>
              <w:t>Richard</w:t>
            </w:r>
            <w:proofErr w:type="gramEnd"/>
            <w:r w:rsidRPr="00EF0795">
              <w:rPr>
                <w:color w:val="262626"/>
                <w:sz w:val="23"/>
                <w:lang w:val="cs-CZ"/>
              </w:rPr>
              <w:t xml:space="preserve"> Lichnovský, Roman Tománek</w:t>
            </w:r>
          </w:p>
          <w:p w14:paraId="301B021A" w14:textId="77777777" w:rsidR="002F5B26" w:rsidRPr="00EF0795" w:rsidRDefault="001A1A50">
            <w:pPr>
              <w:spacing w:after="40"/>
              <w:rPr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 xml:space="preserve">DOPROVODNÝ </w:t>
            </w: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PROGRAM  </w:t>
            </w:r>
            <w:r w:rsidRPr="00EF0795">
              <w:rPr>
                <w:color w:val="262626"/>
                <w:sz w:val="23"/>
                <w:lang w:val="cs-CZ"/>
              </w:rPr>
              <w:t>Slavnostní</w:t>
            </w:r>
            <w:proofErr w:type="gramEnd"/>
            <w:r w:rsidRPr="00EF0795">
              <w:rPr>
                <w:color w:val="262626"/>
                <w:sz w:val="23"/>
                <w:lang w:val="cs-CZ"/>
              </w:rPr>
              <w:t xml:space="preserve"> zakončení Senior akademie II</w:t>
            </w:r>
          </w:p>
          <w:p w14:paraId="172C6535" w14:textId="4D7BE85C" w:rsidR="002F5B26" w:rsidRPr="00EF0795" w:rsidRDefault="001A1A50">
            <w:pPr>
              <w:spacing w:after="40"/>
              <w:rPr>
                <w:lang w:val="cs-CZ"/>
              </w:rPr>
            </w:pPr>
            <w:r w:rsidRPr="00EF0795">
              <w:rPr>
                <w:b/>
                <w:color w:val="C8102E"/>
                <w:sz w:val="20"/>
                <w:lang w:val="cs-CZ"/>
              </w:rPr>
              <w:t xml:space="preserve">GARANT </w:t>
            </w:r>
            <w:proofErr w:type="gramStart"/>
            <w:r w:rsidRPr="00EF0795">
              <w:rPr>
                <w:b/>
                <w:color w:val="C8102E"/>
                <w:sz w:val="20"/>
                <w:lang w:val="cs-CZ"/>
              </w:rPr>
              <w:t xml:space="preserve">PROGRAMU  </w:t>
            </w:r>
            <w:r w:rsidRPr="00EF0795">
              <w:rPr>
                <w:color w:val="262626"/>
                <w:sz w:val="23"/>
                <w:lang w:val="cs-CZ"/>
              </w:rPr>
              <w:t>Pavel</w:t>
            </w:r>
            <w:proofErr w:type="gramEnd"/>
            <w:r w:rsidRPr="00EF0795">
              <w:rPr>
                <w:color w:val="262626"/>
                <w:sz w:val="23"/>
                <w:lang w:val="cs-CZ"/>
              </w:rPr>
              <w:t xml:space="preserve"> Meletzký</w:t>
            </w:r>
          </w:p>
        </w:tc>
      </w:tr>
    </w:tbl>
    <w:p w14:paraId="560AD17E" w14:textId="77777777" w:rsidR="002F5B26" w:rsidRPr="00EF0795" w:rsidRDefault="002F5B26">
      <w:pPr>
        <w:spacing w:after="160"/>
        <w:rPr>
          <w:lang w:val="cs-CZ"/>
        </w:rPr>
      </w:pPr>
    </w:p>
    <w:p w14:paraId="7813ABAE" w14:textId="77777777" w:rsidR="002F5B26" w:rsidRPr="00EF0795" w:rsidRDefault="001A1A50">
      <w:pPr>
        <w:spacing w:before="160"/>
        <w:jc w:val="center"/>
        <w:rPr>
          <w:lang w:val="cs-CZ"/>
        </w:rPr>
      </w:pPr>
      <w:r w:rsidRPr="00EF0795">
        <w:rPr>
          <w:b/>
          <w:color w:val="C8102E"/>
          <w:sz w:val="32"/>
          <w:lang w:val="cs-CZ"/>
        </w:rPr>
        <w:t>Těšíme se na společná setkání.</w:t>
      </w:r>
    </w:p>
    <w:p w14:paraId="25AE3B68" w14:textId="77777777" w:rsidR="002F5B26" w:rsidRPr="00EF0795" w:rsidRDefault="001A1A50">
      <w:pPr>
        <w:jc w:val="center"/>
        <w:rPr>
          <w:lang w:val="cs-CZ"/>
        </w:rPr>
      </w:pPr>
      <w:r w:rsidRPr="00EF0795">
        <w:rPr>
          <w:color w:val="666666"/>
          <w:lang w:val="cs-CZ"/>
        </w:rPr>
        <w:t>Statutární město Opava</w:t>
      </w:r>
    </w:p>
    <w:sectPr w:rsidR="002F5B26" w:rsidRPr="00EF0795" w:rsidSect="00034616">
      <w:headerReference w:type="default" r:id="rId8"/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A71A1" w14:textId="77777777" w:rsidR="005A1850" w:rsidRDefault="005A1850">
      <w:pPr>
        <w:spacing w:after="0" w:line="240" w:lineRule="auto"/>
      </w:pPr>
      <w:r>
        <w:separator/>
      </w:r>
    </w:p>
  </w:endnote>
  <w:endnote w:type="continuationSeparator" w:id="0">
    <w:p w14:paraId="31874F70" w14:textId="77777777" w:rsidR="005A1850" w:rsidRDefault="005A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2D1E5" w14:textId="77777777" w:rsidR="002F5B26" w:rsidRDefault="001A1A50">
    <w:pPr>
      <w:pStyle w:val="Zpat"/>
      <w:jc w:val="center"/>
    </w:pPr>
    <w:r>
      <w:rPr>
        <w:color w:val="666666"/>
        <w:sz w:val="18"/>
      </w:rPr>
      <w:t>Senior akademie II • program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0607D" w14:textId="77777777" w:rsidR="005A1850" w:rsidRDefault="005A1850">
      <w:pPr>
        <w:spacing w:after="0" w:line="240" w:lineRule="auto"/>
      </w:pPr>
      <w:r>
        <w:separator/>
      </w:r>
    </w:p>
  </w:footnote>
  <w:footnote w:type="continuationSeparator" w:id="0">
    <w:p w14:paraId="0972B835" w14:textId="77777777" w:rsidR="005A1850" w:rsidRDefault="005A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EA147" w14:textId="77777777" w:rsidR="002F5B26" w:rsidRDefault="001A1A50">
    <w:pPr>
      <w:pStyle w:val="Zhlav"/>
      <w:jc w:val="right"/>
    </w:pPr>
    <w:r>
      <w:rPr>
        <w:b/>
        <w:color w:val="C8102E"/>
        <w:sz w:val="18"/>
      </w:rPr>
      <w:t>STATUTÁRNÍ MĚSTO OPAVA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1A50"/>
    <w:rsid w:val="0029639D"/>
    <w:rsid w:val="002A2A2A"/>
    <w:rsid w:val="002F5B26"/>
    <w:rsid w:val="00326F90"/>
    <w:rsid w:val="004E3941"/>
    <w:rsid w:val="00544B03"/>
    <w:rsid w:val="005A1850"/>
    <w:rsid w:val="00824224"/>
    <w:rsid w:val="00AA1D8D"/>
    <w:rsid w:val="00B47730"/>
    <w:rsid w:val="00CB0664"/>
    <w:rsid w:val="00CB6E2E"/>
    <w:rsid w:val="00EF079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3336E"/>
  <w14:defaultImageDpi w14:val="330"/>
  <w15:docId w15:val="{9AA9C66C-E0B2-4F77-9B6F-0D8543317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Aptos" w:eastAsia="Aptos" w:hAnsi="Aptos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leSA">
    <w:name w:val="TitleSA"/>
    <w:pPr>
      <w:spacing w:after="80"/>
    </w:pPr>
    <w:rPr>
      <w:rFonts w:ascii="Aptos" w:eastAsia="Aptos" w:hAnsi="Aptos"/>
      <w:b/>
      <w:color w:val="C8102E"/>
      <w:sz w:val="60"/>
    </w:rPr>
  </w:style>
  <w:style w:type="paragraph" w:customStyle="1" w:styleId="SubtitleSA">
    <w:name w:val="SubtitleSA"/>
    <w:pPr>
      <w:spacing w:after="80"/>
    </w:pPr>
    <w:rPr>
      <w:rFonts w:ascii="Aptos" w:eastAsia="Aptos" w:hAnsi="Aptos"/>
      <w:color w:val="262626"/>
      <w:sz w:val="32"/>
    </w:rPr>
  </w:style>
  <w:style w:type="paragraph" w:customStyle="1" w:styleId="CardTitle">
    <w:name w:val="CardTitle"/>
    <w:pPr>
      <w:spacing w:after="80"/>
    </w:pPr>
    <w:rPr>
      <w:rFonts w:ascii="Aptos" w:eastAsia="Aptos" w:hAnsi="Aptos"/>
      <w:b/>
      <w:color w:val="262626"/>
      <w:sz w:val="30"/>
    </w:rPr>
  </w:style>
  <w:style w:type="paragraph" w:customStyle="1" w:styleId="CardLabel">
    <w:name w:val="CardLabel"/>
    <w:pPr>
      <w:spacing w:after="80"/>
    </w:pPr>
    <w:rPr>
      <w:rFonts w:ascii="Aptos" w:eastAsia="Aptos" w:hAnsi="Aptos"/>
      <w:b/>
      <w:color w:val="C8102E"/>
      <w:sz w:val="20"/>
    </w:rPr>
  </w:style>
  <w:style w:type="paragraph" w:customStyle="1" w:styleId="CardText">
    <w:name w:val="CardText"/>
    <w:pPr>
      <w:spacing w:after="80"/>
    </w:pPr>
    <w:rPr>
      <w:rFonts w:ascii="Aptos" w:eastAsia="Aptos" w:hAnsi="Aptos"/>
      <w:color w:val="262626"/>
      <w:sz w:val="24"/>
    </w:rPr>
  </w:style>
  <w:style w:type="paragraph" w:customStyle="1" w:styleId="SmallSA">
    <w:name w:val="SmallSA"/>
    <w:pPr>
      <w:spacing w:after="80"/>
    </w:pPr>
    <w:rPr>
      <w:rFonts w:ascii="Aptos" w:eastAsia="Aptos" w:hAnsi="Aptos"/>
      <w:color w:val="666666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520</Words>
  <Characters>3069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 Senior akademie II</vt:lpstr>
      <vt:lpstr/>
    </vt:vector>
  </TitlesOfParts>
  <Manager/>
  <Company/>
  <LinksUpToDate>false</LinksUpToDate>
  <CharactersWithSpaces>3582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Senior akademie II</dc:title>
  <dc:subject>Program setkání Senior akademie II, Opava 2026</dc:subject>
  <dc:creator>Statutární město Opava</dc:creator>
  <cp:keywords>Senior akademie, Opava, program, 2026</cp:keywords>
  <dc:description>generated by python-docx</dc:description>
  <cp:lastModifiedBy>Meletzký Pavel</cp:lastModifiedBy>
  <cp:revision>5</cp:revision>
  <dcterms:created xsi:type="dcterms:W3CDTF">2013-12-23T23:15:00Z</dcterms:created>
  <dcterms:modified xsi:type="dcterms:W3CDTF">2026-08-05T14:02:00Z</dcterms:modified>
  <cp:category/>
</cp:coreProperties>
</file>